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C0A" w:rsidRDefault="00C350AD">
      <w:pPr>
        <w:spacing w:after="40"/>
        <w:jc w:val="right"/>
      </w:pPr>
      <w:r>
        <w:rPr>
          <w:b/>
          <w:color w:val="444444"/>
          <w:sz w:val="16"/>
        </w:rPr>
        <w:t>F-NOT_07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07C0A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607C0A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Județul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07C0A" w:rsidRDefault="00607C0A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Autoritatea administrației publice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07C0A" w:rsidRDefault="00607C0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 xml:space="preserve">Adresa oficială </w:t>
            </w:r>
            <w:r>
              <w:br/>
            </w:r>
            <w:r>
              <w:t>sediul • telefon • e-mail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07C0A" w:rsidRDefault="00607C0A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Data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 xml:space="preserve">Se completează de autoritate- solicitantul nu scrie în această </w:t>
            </w:r>
            <w:r>
              <w:t>zonă</w:t>
            </w:r>
          </w:p>
        </w:tc>
      </w:tr>
    </w:tbl>
    <w:p w:rsidR="00607C0A" w:rsidRDefault="00607C0A">
      <w:pPr>
        <w:spacing w:after="80"/>
      </w:pPr>
    </w:p>
    <w:p w:rsidR="00607C0A" w:rsidRDefault="00C350AD">
      <w:pPr>
        <w:spacing w:before="120" w:after="80"/>
        <w:jc w:val="center"/>
      </w:pPr>
      <w:r>
        <w:rPr>
          <w:b/>
          <w:sz w:val="24"/>
        </w:rPr>
        <w:t>ÎNȘTIINȚARE</w:t>
      </w:r>
      <w:r>
        <w:br/>
      </w:r>
      <w:r>
        <w:t>privind finalizarea lucrărilor notificate și solicitarea</w:t>
      </w:r>
      <w:r>
        <w:br/>
      </w:r>
      <w:r>
        <w:t>participării reprezentantului UAT la recepție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607C0A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7C0A" w:rsidRDefault="00C350AD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607C0A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 / orașului / comunei •· primăria de sector • consiliul județean</w:t>
            </w:r>
          </w:p>
        </w:tc>
      </w:tr>
      <w:tr w:rsidR="00607C0A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 xml:space="preserve">Cererea va fi transmisă </w:t>
            </w:r>
            <w:r>
              <w:t>către președintele consiliului județean, primarul general, primarul de sector sau primarul municipiului / orașului / comunei, după caz</w:t>
            </w:r>
          </w:p>
        </w:tc>
      </w:tr>
    </w:tbl>
    <w:p w:rsidR="00607C0A" w:rsidRDefault="00607C0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607C0A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7C0A" w:rsidRDefault="00C350AD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CNP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Act de identitate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La data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Domiciliul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Satul / sectorul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Țara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Date de contact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Telefon 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E-mail</w:t>
            </w:r>
          </w:p>
        </w:tc>
      </w:tr>
    </w:tbl>
    <w:p w:rsidR="00607C0A" w:rsidRDefault="00607C0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07C0A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7C0A" w:rsidRDefault="00C350AD">
            <w:pPr>
              <w:spacing w:before="20" w:after="20"/>
            </w:pPr>
            <w:r>
              <w:rPr>
                <w:b/>
              </w:rPr>
              <w:t>3. NOTIFICAREA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Nr. / data notificării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Proiect nr. / cod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Imobilul</w:t>
            </w:r>
          </w:p>
        </w:tc>
      </w:tr>
    </w:tbl>
    <w:p w:rsidR="00607C0A" w:rsidRDefault="00607C0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07C0A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7C0A" w:rsidRDefault="00C350AD">
            <w:pPr>
              <w:spacing w:before="20" w:after="20"/>
            </w:pPr>
            <w:r>
              <w:rPr>
                <w:b/>
              </w:rPr>
              <w:t>4. EXECUȚIA ȘI RECEPȚIA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 xml:space="preserve">Data începerii lucrărilor </w:t>
            </w:r>
            <w:r>
              <w:br/>
            </w:r>
            <w:r>
              <w:t xml:space="preserve">se </w:t>
            </w:r>
            <w:r>
              <w:t>declară aici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Data finalizării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Data propusă pentru recepție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locul</w:t>
            </w:r>
          </w:p>
        </w:tc>
      </w:tr>
      <w:tr w:rsidR="00607C0A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 xml:space="preserve">Legea nr.169/2026 privind Codul amenajării teritoriului, urbanismului și construcțiilor nu instituie o înștiințare distinctă privind începerea lucrărilor notificate; data începerii se </w:t>
            </w:r>
            <w:r>
              <w:t>declară în prezentul formular și se consemnează în procesul-verbal de recepție.</w:t>
            </w:r>
          </w:p>
        </w:tc>
      </w:tr>
    </w:tbl>
    <w:p w:rsidR="00607C0A" w:rsidRDefault="00607C0A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07C0A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7C0A" w:rsidRDefault="00C350AD">
            <w:pPr>
              <w:spacing w:before="20" w:after="20"/>
            </w:pPr>
            <w:r>
              <w:rPr>
                <w:b/>
              </w:rPr>
              <w:t>5. DATA ȘI SEMNĂTURA</w:t>
            </w:r>
          </w:p>
        </w:tc>
      </w:tr>
      <w:tr w:rsidR="00607C0A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Beneficiarul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C0A" w:rsidRDefault="00C350AD">
            <w:pPr>
              <w:spacing w:before="20" w:after="20"/>
            </w:pPr>
            <w:r>
              <w:t>Semnătura</w:t>
            </w:r>
          </w:p>
        </w:tc>
      </w:tr>
    </w:tbl>
    <w:p w:rsidR="00607C0A" w:rsidRDefault="00607C0A">
      <w:pPr>
        <w:spacing w:after="80"/>
      </w:pPr>
    </w:p>
    <w:sectPr w:rsidR="00607C0A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0AD" w:rsidRDefault="00C350AD">
      <w:r>
        <w:separator/>
      </w:r>
    </w:p>
  </w:endnote>
  <w:endnote w:type="continuationSeparator" w:id="0">
    <w:p w:rsidR="00C350AD" w:rsidRDefault="00C3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C0A" w:rsidRDefault="00C350AD">
    <w:pPr>
      <w:pStyle w:val="Footer"/>
      <w:jc w:val="center"/>
    </w:pPr>
    <w:r>
      <w:rPr>
        <w:i/>
        <w:color w:val="666666"/>
        <w:sz w:val="14"/>
      </w:rPr>
      <w:t xml:space="preserve">F-NOT_07 — Înștiințare privind finalizarea </w:t>
    </w:r>
    <w:r>
      <w:rPr>
        <w:i/>
        <w:color w:val="666666"/>
        <w:sz w:val="14"/>
      </w:rPr>
      <w:t>lucrărilor notificate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0AD" w:rsidRDefault="00C350AD">
      <w:r>
        <w:separator/>
      </w:r>
    </w:p>
  </w:footnote>
  <w:footnote w:type="continuationSeparator" w:id="0">
    <w:p w:rsidR="00C350AD" w:rsidRDefault="00C35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3F72"/>
    <w:rsid w:val="0015074B"/>
    <w:rsid w:val="0029639D"/>
    <w:rsid w:val="00326F90"/>
    <w:rsid w:val="00607C0A"/>
    <w:rsid w:val="00AA1D8D"/>
    <w:rsid w:val="00B47730"/>
    <w:rsid w:val="00C350A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482B0C-03A4-426D-BAE3-5886EA3CD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2026-09-09T05:50:00Z</dcterms:created>
  <dcterms:modified xsi:type="dcterms:W3CDTF">2026-09-09T05:50:00Z</dcterms:modified>
</cp:coreProperties>
</file>