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A8" w:rsidRDefault="003F0854">
      <w:pPr>
        <w:spacing w:after="40"/>
        <w:jc w:val="right"/>
      </w:pPr>
      <w:r>
        <w:rPr>
          <w:b/>
          <w:color w:val="444444"/>
          <w:sz w:val="16"/>
        </w:rPr>
        <w:t>F_A_10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F13BA8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F13BA8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Județul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F13BA8" w:rsidRDefault="00F13BA8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Autoritatea administrației publice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F13BA8" w:rsidRDefault="00F13BA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F13BA8" w:rsidRDefault="00F13BA8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Data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 xml:space="preserve">se completează de autoritate - solicitantul nu scrie în această </w:t>
            </w:r>
            <w:r>
              <w:t>zonă</w:t>
            </w:r>
          </w:p>
        </w:tc>
      </w:tr>
    </w:tbl>
    <w:p w:rsidR="00F13BA8" w:rsidRDefault="00F13BA8">
      <w:pPr>
        <w:spacing w:after="80"/>
      </w:pPr>
    </w:p>
    <w:p w:rsidR="00F13BA8" w:rsidRDefault="003F0854">
      <w:pPr>
        <w:spacing w:before="120" w:after="80"/>
        <w:jc w:val="center"/>
      </w:pPr>
      <w:r>
        <w:rPr>
          <w:b/>
          <w:sz w:val="24"/>
        </w:rPr>
        <w:t>ÎNȘTIINȚARE</w:t>
      </w:r>
      <w:r>
        <w:br/>
      </w:r>
      <w:r>
        <w:t>privind încheierea execuției lucrărilor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F13BA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F13BA8">
            <w:pPr>
              <w:spacing w:before="20" w:after="20"/>
            </w:pPr>
          </w:p>
        </w:tc>
      </w:tr>
      <w:tr w:rsidR="00F13BA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Cererea va fi adresată către președintele consiliului județean, primarul general, primarul de sector sau primarul municipiului / orașului / comunei, după caz.</w:t>
            </w:r>
          </w:p>
        </w:tc>
      </w:tr>
    </w:tbl>
    <w:p w:rsidR="00F13BA8" w:rsidRDefault="00F13BA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F13BA8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Nume și</w:t>
            </w:r>
            <w:r>
              <w:t xml:space="preserve">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CNP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Act de identitate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La data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Domiciliul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Satul / sectorul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Țara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Date de contact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E-mail</w:t>
            </w:r>
          </w:p>
        </w:tc>
      </w:tr>
    </w:tbl>
    <w:p w:rsidR="00F13BA8" w:rsidRDefault="00F13BA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13BA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 xml:space="preserve">3. TITULAR AL AUTORIZAȚIEI DE CONSTRUIRE </w:t>
            </w:r>
            <w:r>
              <w:rPr>
                <w:b/>
              </w:rPr>
              <w:t>/ DESFIINȚARE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Emisă de</w:t>
            </w:r>
          </w:p>
        </w:tc>
      </w:tr>
      <w:tr w:rsidR="00F13BA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emisă pentru executarea lucrărilor de construcții privind construirea / desființarea construcțiilor și amenajărilor</w:t>
            </w:r>
          </w:p>
        </w:tc>
      </w:tr>
      <w:tr w:rsidR="00F13BA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Denumirea lucrării, capacitatea și categoria de lucrări din autorizație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în valoare de (lei)</w:t>
            </w:r>
          </w:p>
        </w:tc>
      </w:tr>
    </w:tbl>
    <w:p w:rsidR="00F13BA8" w:rsidRDefault="00F13BA8">
      <w:pPr>
        <w:spacing w:after="80"/>
      </w:pPr>
    </w:p>
    <w:p w:rsidR="00F13BA8" w:rsidRDefault="003F0854">
      <w:pPr>
        <w:spacing w:before="120" w:after="80"/>
        <w:jc w:val="center"/>
      </w:pPr>
      <w:r>
        <w:rPr>
          <w:b/>
          <w:sz w:val="24"/>
        </w:rPr>
        <w:t xml:space="preserve">ADUC </w:t>
      </w:r>
      <w:r>
        <w:rPr>
          <w:b/>
          <w:sz w:val="24"/>
        </w:rPr>
        <w:t>LA CUNOȘTINȚĂ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13BA8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Că la data 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au fost finalizate lucrările de construcții autorizate</w:t>
            </w:r>
            <w:r>
              <w:br/>
            </w:r>
            <w:r>
              <w:t>pentru imobilul de mai jos</w:t>
            </w:r>
          </w:p>
        </w:tc>
      </w:tr>
    </w:tbl>
    <w:p w:rsidR="00F13BA8" w:rsidRDefault="00F13BA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F13BA8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F13BA8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Județ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Municipiu / oraș / comună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Sat / sector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Cod poștal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Strada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Nr.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Bl. / sc. / et. / ap.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 xml:space="preserve">Număr </w:t>
            </w:r>
            <w:r>
              <w:t>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Carte funciară nr.</w:t>
            </w:r>
          </w:p>
        </w:tc>
      </w:tr>
    </w:tbl>
    <w:p w:rsidR="00F13BA8" w:rsidRDefault="00F13BA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F13BA8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>5. CONVOCAREA COMISIEI DE RECEPȚIE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Se convoacă comisia de recepție la terminarea lucrărilor, la data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ora</w:t>
            </w:r>
          </w:p>
        </w:tc>
      </w:tr>
    </w:tbl>
    <w:p w:rsidR="00F13BA8" w:rsidRDefault="00F13BA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13BA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13BA8" w:rsidRDefault="003F0854">
            <w:pPr>
              <w:spacing w:before="20" w:after="20"/>
            </w:pPr>
            <w:r>
              <w:rPr>
                <w:b/>
              </w:rPr>
              <w:t>6. DATA ȘI SEMNĂTURA</w:t>
            </w:r>
          </w:p>
        </w:tc>
      </w:tr>
      <w:tr w:rsidR="00F13BA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Titularul autorizației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BA8" w:rsidRDefault="003F0854">
            <w:pPr>
              <w:spacing w:before="20" w:after="20"/>
            </w:pPr>
            <w:r>
              <w:t>Semnătura</w:t>
            </w:r>
          </w:p>
        </w:tc>
      </w:tr>
    </w:tbl>
    <w:p w:rsidR="00F13BA8" w:rsidRDefault="00F13BA8">
      <w:pPr>
        <w:spacing w:after="80"/>
      </w:pPr>
    </w:p>
    <w:sectPr w:rsidR="00F13BA8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854" w:rsidRDefault="003F0854">
      <w:r>
        <w:separator/>
      </w:r>
    </w:p>
  </w:endnote>
  <w:endnote w:type="continuationSeparator" w:id="0">
    <w:p w:rsidR="003F0854" w:rsidRDefault="003F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A8" w:rsidRDefault="003F0854">
    <w:pPr>
      <w:pStyle w:val="Footer"/>
      <w:jc w:val="center"/>
    </w:pPr>
    <w:r>
      <w:rPr>
        <w:i/>
        <w:color w:val="666666"/>
        <w:sz w:val="14"/>
      </w:rPr>
      <w:t>F_A_10 — Înștiințare privind încheierea execuției lucrărilor — către primărie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854" w:rsidRDefault="003F0854">
      <w:r>
        <w:separator/>
      </w:r>
    </w:p>
  </w:footnote>
  <w:footnote w:type="continuationSeparator" w:id="0">
    <w:p w:rsidR="003F0854" w:rsidRDefault="003F0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2F5D"/>
    <w:rsid w:val="0029639D"/>
    <w:rsid w:val="00326F90"/>
    <w:rsid w:val="003F0854"/>
    <w:rsid w:val="00AA1D8D"/>
    <w:rsid w:val="00B47730"/>
    <w:rsid w:val="00CB0664"/>
    <w:rsid w:val="00F13B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F5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F5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08651B-213C-4DB9-A79A-229742A4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2026-09-09T05:47:00Z</dcterms:created>
  <dcterms:modified xsi:type="dcterms:W3CDTF">2026-09-09T05:47:00Z</dcterms:modified>
</cp:coreProperties>
</file>