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D78" w:rsidRDefault="00F53F59">
      <w:pPr>
        <w:spacing w:after="40"/>
        <w:jc w:val="right"/>
      </w:pPr>
      <w:r>
        <w:rPr>
          <w:b/>
          <w:color w:val="444444"/>
          <w:sz w:val="16"/>
        </w:rPr>
        <w:t>F_A_08 • versiunea 1.0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793D78">
        <w:trPr>
          <w:cantSplit/>
          <w:trHeight w:val="397"/>
          <w:jc w:val="center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793D78">
            <w:pPr>
              <w:spacing w:before="20" w:after="20"/>
            </w:pPr>
            <w:bookmarkStart w:id="0" w:name="_GoBack"/>
            <w:bookmarkEnd w:id="0"/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Județul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793D78" w:rsidRDefault="00793D78"/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Autoritatea administrației publice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793D78" w:rsidRDefault="00793D7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Cod de identificare fiscală (CIF)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Adresa oficială</w:t>
            </w:r>
            <w:r>
              <w:br/>
            </w:r>
            <w:r>
              <w:t>sediul • telefon • e-mail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793D78" w:rsidRDefault="00793D78"/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Număr de înregistrare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Data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 xml:space="preserve">se completează de autoritate - solicitantul nu scrie în această </w:t>
            </w:r>
            <w:r>
              <w:t>zonă</w:t>
            </w:r>
          </w:p>
        </w:tc>
      </w:tr>
    </w:tbl>
    <w:p w:rsidR="00793D78" w:rsidRDefault="00793D78">
      <w:pPr>
        <w:spacing w:after="80"/>
      </w:pPr>
    </w:p>
    <w:p w:rsidR="00793D78" w:rsidRDefault="00F53F59">
      <w:pPr>
        <w:spacing w:before="120" w:after="80"/>
        <w:jc w:val="center"/>
      </w:pPr>
      <w:r>
        <w:rPr>
          <w:b/>
          <w:sz w:val="24"/>
        </w:rPr>
        <w:t>ÎNȘTIINȚARE</w:t>
      </w:r>
      <w:r>
        <w:br/>
      </w:r>
      <w:r>
        <w:t>privind începerea execuției lucrărilor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793D78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D78" w:rsidRDefault="00F53F59">
            <w:pPr>
              <w:spacing w:before="20" w:after="20"/>
            </w:pPr>
            <w:r>
              <w:rPr>
                <w:b/>
              </w:rPr>
              <w:t>1. CĂTRE</w:t>
            </w:r>
          </w:p>
        </w:tc>
      </w:tr>
      <w:tr w:rsidR="00793D78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Instituția</w:t>
            </w:r>
            <w:r>
              <w:br/>
            </w:r>
            <w:r>
              <w:t>primăria municipiului / orașului / comunei • primăria de sector • consiliul județean</w:t>
            </w:r>
          </w:p>
        </w:tc>
      </w:tr>
      <w:tr w:rsidR="00793D78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Cererea va fi transmisă către președintele consiliului județean, primarul general, primarul</w:t>
            </w:r>
            <w:r>
              <w:t xml:space="preserve"> de sector sau primarul municipiului / orașului / comunei, după caz.</w:t>
            </w:r>
          </w:p>
        </w:tc>
      </w:tr>
    </w:tbl>
    <w:p w:rsidR="00793D78" w:rsidRDefault="00793D78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793D78">
        <w:trPr>
          <w:cantSplit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D78" w:rsidRDefault="00F53F59">
            <w:pPr>
              <w:spacing w:before="20" w:after="20"/>
            </w:pPr>
            <w:r>
              <w:rPr>
                <w:b/>
              </w:rPr>
              <w:t>2. SOLICITANTUL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Nume și prenume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CNP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Act de identitate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Seria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Numărul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Eliberat 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La data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Domiciliul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Județul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Municipiul / orașul / comuna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Satul / sectorul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Strada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Nr.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Sc.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Et.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Ap.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Cod</w:t>
            </w:r>
            <w:r>
              <w:t xml:space="preserve"> poștal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Țara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Date de contact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Telefon / fax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E-mail</w:t>
            </w:r>
          </w:p>
        </w:tc>
      </w:tr>
    </w:tbl>
    <w:p w:rsidR="00793D78" w:rsidRDefault="00793D78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793D78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D78" w:rsidRDefault="00F53F59">
            <w:pPr>
              <w:spacing w:before="20" w:after="20"/>
            </w:pPr>
            <w:r>
              <w:rPr>
                <w:b/>
              </w:rPr>
              <w:t>3. TITULAR AL AUTORIZAȚIEI DE CONSTRUIRE / DESFIINȚARE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Nr.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Din 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Emisă de</w:t>
            </w:r>
          </w:p>
        </w:tc>
      </w:tr>
      <w:tr w:rsidR="00793D78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emisă pentru executarea lucrărilor de construcții privind construirea / desființarea construcțiilor și amenajărilor</w:t>
            </w:r>
          </w:p>
        </w:tc>
      </w:tr>
      <w:tr w:rsidR="00793D78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Denumirea lucrării, capacitatea și categoria de lucrări din autorizație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în valoare de (lei)</w:t>
            </w:r>
          </w:p>
        </w:tc>
      </w:tr>
    </w:tbl>
    <w:p w:rsidR="00793D78" w:rsidRDefault="00793D78">
      <w:pPr>
        <w:spacing w:after="80"/>
      </w:pPr>
    </w:p>
    <w:p w:rsidR="00793D78" w:rsidRDefault="00F53F59">
      <w:pPr>
        <w:spacing w:before="120" w:after="80"/>
        <w:jc w:val="center"/>
      </w:pPr>
      <w:r>
        <w:rPr>
          <w:b/>
          <w:sz w:val="24"/>
        </w:rPr>
        <w:t>ADUC LA CUNOȘTINȚĂ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793D78">
        <w:trPr>
          <w:cantSplit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Că la data de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ora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 xml:space="preserve">vor începe lucrările de construcții autorizate </w:t>
            </w:r>
            <w:r>
              <w:br/>
            </w:r>
            <w:r>
              <w:t>pentru imobilul de mai jos</w:t>
            </w:r>
          </w:p>
        </w:tc>
      </w:tr>
    </w:tbl>
    <w:p w:rsidR="00793D78" w:rsidRDefault="00793D78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793D78">
        <w:trPr>
          <w:cantSplit/>
          <w:jc w:val="center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D78" w:rsidRDefault="00F53F59">
            <w:pPr>
              <w:spacing w:before="20" w:after="20"/>
            </w:pPr>
            <w:r>
              <w:rPr>
                <w:b/>
              </w:rPr>
              <w:t>4. IMOBILUL</w:t>
            </w:r>
          </w:p>
        </w:tc>
      </w:tr>
      <w:tr w:rsidR="00793D78">
        <w:trPr>
          <w:cantSplit/>
          <w:jc w:val="center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Județ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Municipiu / oraș / comună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Sat / sector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Cod poștal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Strada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Nr.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Bl. / sc. / et. / ap.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Număr cadastral</w:t>
            </w:r>
            <w:r>
              <w:br/>
            </w:r>
            <w:r>
              <w:t>dacă imobilul e înscris în e-Terra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Carte funciară nr.</w:t>
            </w:r>
          </w:p>
        </w:tc>
      </w:tr>
    </w:tbl>
    <w:p w:rsidR="00793D78" w:rsidRDefault="00793D78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793D78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93D78" w:rsidRDefault="00F53F59">
            <w:pPr>
              <w:spacing w:before="20" w:after="20"/>
            </w:pPr>
            <w:r>
              <w:rPr>
                <w:b/>
              </w:rPr>
              <w:t>5. DATA ȘI SEMNĂTURA</w:t>
            </w:r>
          </w:p>
        </w:tc>
      </w:tr>
      <w:tr w:rsidR="00793D78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Titularul autorizației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Semnătura</w:t>
            </w:r>
          </w:p>
        </w:tc>
      </w:tr>
    </w:tbl>
    <w:p w:rsidR="00793D78" w:rsidRDefault="00793D78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793D78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D78" w:rsidRDefault="00F53F59">
            <w:pPr>
              <w:spacing w:before="20" w:after="20"/>
            </w:pPr>
            <w:r>
              <w:t>Formularul se anexează la autorizația</w:t>
            </w:r>
            <w:r>
              <w:t xml:space="preserve"> de construire / desființare în două exemplare. Titularul autorizației este obligat să păstreze pe șantier un exemplar al acestei înștiințări, cu numărul și data înregistrării la autoritatea emitentă.</w:t>
            </w:r>
          </w:p>
        </w:tc>
      </w:tr>
    </w:tbl>
    <w:p w:rsidR="00793D78" w:rsidRDefault="00793D78">
      <w:pPr>
        <w:spacing w:after="80"/>
      </w:pPr>
    </w:p>
    <w:sectPr w:rsidR="00793D78" w:rsidSect="00034616">
      <w:footerReference w:type="default" r:id="rId9"/>
      <w:pgSz w:w="11906" w:h="16838"/>
      <w:pgMar w:top="567" w:right="567" w:bottom="567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F59" w:rsidRDefault="00F53F59">
      <w:r>
        <w:separator/>
      </w:r>
    </w:p>
  </w:endnote>
  <w:endnote w:type="continuationSeparator" w:id="0">
    <w:p w:rsidR="00F53F59" w:rsidRDefault="00F5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D78" w:rsidRDefault="00F53F59">
    <w:pPr>
      <w:pStyle w:val="Footer"/>
      <w:jc w:val="center"/>
    </w:pPr>
    <w:r>
      <w:rPr>
        <w:i/>
        <w:color w:val="666666"/>
        <w:sz w:val="14"/>
      </w:rPr>
      <w:t>F_A_08 — Înștiințare privind începerea execuției lucrărilor — către primărie · Ordin MDLPA nr. 975/2026 (M. Of. nr. 711 bis/26.08.2026)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F59" w:rsidRDefault="00F53F59">
      <w:r>
        <w:separator/>
      </w:r>
    </w:p>
  </w:footnote>
  <w:footnote w:type="continuationSeparator" w:id="0">
    <w:p w:rsidR="00F53F59" w:rsidRDefault="00F53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93D78"/>
    <w:rsid w:val="008E781F"/>
    <w:rsid w:val="00AA1D8D"/>
    <w:rsid w:val="00B47730"/>
    <w:rsid w:val="00CB0664"/>
    <w:rsid w:val="00F53F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E78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81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E78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81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34BF6A-9C7A-4A16-8BB3-0F47531D5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2026-09-09T05:44:00Z</dcterms:created>
  <dcterms:modified xsi:type="dcterms:W3CDTF">2026-09-09T05:44:00Z</dcterms:modified>
</cp:coreProperties>
</file>