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E44" w:rsidRDefault="00924F32">
      <w:pPr>
        <w:spacing w:after="40"/>
        <w:jc w:val="right"/>
      </w:pPr>
      <w:bookmarkStart w:id="0" w:name="_GoBack"/>
      <w:bookmarkEnd w:id="0"/>
      <w:r>
        <w:rPr>
          <w:b/>
          <w:color w:val="444444"/>
          <w:sz w:val="16"/>
        </w:rPr>
        <w:t>F_CU_02 • versiunea 1.0</w:t>
      </w: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D97E44">
        <w:trPr>
          <w:cantSplit/>
          <w:trHeight w:val="397"/>
          <w:jc w:val="center"/>
        </w:trPr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siglă / stemă</w:t>
            </w:r>
          </w:p>
        </w:tc>
        <w:tc>
          <w:tcPr>
            <w:tcW w:w="7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Județul</w:t>
            </w:r>
          </w:p>
        </w:tc>
      </w:tr>
      <w:tr w:rsidR="00D97E44">
        <w:trPr>
          <w:cantSplit/>
          <w:trHeight w:val="397"/>
          <w:jc w:val="center"/>
        </w:trPr>
        <w:tc>
          <w:tcPr>
            <w:tcW w:w="2551" w:type="dxa"/>
            <w:vMerge/>
          </w:tcPr>
          <w:p w:rsidR="00D97E44" w:rsidRDefault="00D97E44"/>
        </w:tc>
        <w:tc>
          <w:tcPr>
            <w:tcW w:w="7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Autoritatea administrației publice</w:t>
            </w:r>
          </w:p>
        </w:tc>
      </w:tr>
      <w:tr w:rsidR="00D97E44">
        <w:trPr>
          <w:cantSplit/>
          <w:trHeight w:val="397"/>
          <w:jc w:val="center"/>
        </w:trPr>
        <w:tc>
          <w:tcPr>
            <w:tcW w:w="2551" w:type="dxa"/>
            <w:vMerge/>
          </w:tcPr>
          <w:p w:rsidR="00D97E44" w:rsidRDefault="00D97E44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Cod de identificare fiscală (CIF)</w:t>
            </w:r>
          </w:p>
        </w:tc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Adresa oficială</w:t>
            </w:r>
            <w:r>
              <w:br/>
            </w:r>
            <w:r>
              <w:t>sediul • telefon • e-mail</w:t>
            </w:r>
          </w:p>
        </w:tc>
      </w:tr>
      <w:tr w:rsidR="00D97E44">
        <w:trPr>
          <w:cantSplit/>
          <w:trHeight w:val="397"/>
          <w:jc w:val="center"/>
        </w:trPr>
        <w:tc>
          <w:tcPr>
            <w:tcW w:w="2551" w:type="dxa"/>
            <w:vMerge/>
          </w:tcPr>
          <w:p w:rsidR="00D97E44" w:rsidRDefault="00D97E44"/>
        </w:tc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Număr de înregistrare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Data</w:t>
            </w:r>
          </w:p>
        </w:tc>
      </w:tr>
      <w:tr w:rsidR="00D97E44">
        <w:trPr>
          <w:cantSplit/>
          <w:trHeight w:val="397"/>
          <w:jc w:val="center"/>
        </w:trPr>
        <w:tc>
          <w:tcPr>
            <w:tcW w:w="10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 xml:space="preserve">se completează de autoritate — solicitantul nu scrie în această </w:t>
            </w:r>
            <w:r>
              <w:t>zonă</w:t>
            </w:r>
          </w:p>
        </w:tc>
      </w:tr>
    </w:tbl>
    <w:p w:rsidR="00D97E44" w:rsidRDefault="00D97E44">
      <w:pPr>
        <w:spacing w:after="80"/>
      </w:pPr>
    </w:p>
    <w:p w:rsidR="00D97E44" w:rsidRDefault="00924F32">
      <w:pPr>
        <w:spacing w:before="120" w:after="80"/>
        <w:jc w:val="center"/>
      </w:pPr>
      <w:r>
        <w:rPr>
          <w:b/>
          <w:sz w:val="24"/>
        </w:rPr>
        <w:t>CERERE</w:t>
      </w: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0205"/>
      </w:tblGrid>
      <w:tr w:rsidR="00D97E44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97E44" w:rsidRDefault="00924F32">
            <w:pPr>
              <w:spacing w:before="20" w:after="20"/>
            </w:pPr>
            <w:r>
              <w:rPr>
                <w:b/>
              </w:rPr>
              <w:t>1. CĂTRE</w:t>
            </w:r>
          </w:p>
        </w:tc>
      </w:tr>
      <w:tr w:rsidR="00D97E44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Instituția</w:t>
            </w:r>
            <w:r>
              <w:br/>
            </w:r>
            <w:r>
              <w:t>primăria municipiului / orașului / comunei · primăria de sector · consiliul județean</w:t>
            </w:r>
          </w:p>
        </w:tc>
      </w:tr>
      <w:tr w:rsidR="00D97E44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 xml:space="preserve">Cererea va fi transmisă către președintele consiliului județean, primarul general, primarul de sector sau primarul municipiului / </w:t>
            </w:r>
            <w:r>
              <w:t>orașului / comunei, după caz.</w:t>
            </w:r>
          </w:p>
        </w:tc>
      </w:tr>
    </w:tbl>
    <w:p w:rsidR="00D97E44" w:rsidRDefault="00D97E44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276"/>
        <w:gridCol w:w="1276"/>
        <w:gridCol w:w="1276"/>
        <w:gridCol w:w="1276"/>
        <w:gridCol w:w="1276"/>
        <w:gridCol w:w="1276"/>
        <w:gridCol w:w="1276"/>
        <w:gridCol w:w="1276"/>
      </w:tblGrid>
      <w:tr w:rsidR="00D97E44">
        <w:trPr>
          <w:cantSplit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97E44" w:rsidRDefault="00924F32">
            <w:pPr>
              <w:spacing w:before="20" w:after="20"/>
            </w:pPr>
            <w:r>
              <w:rPr>
                <w:b/>
              </w:rPr>
              <w:t>2. SOLICITANTUL</w:t>
            </w:r>
          </w:p>
        </w:tc>
      </w:tr>
      <w:tr w:rsidR="00D97E44">
        <w:trPr>
          <w:cantSplit/>
          <w:trHeight w:val="397"/>
          <w:jc w:val="center"/>
        </w:trPr>
        <w:tc>
          <w:tcPr>
            <w:tcW w:w="63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Nume și prenume</w:t>
            </w: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CNP</w:t>
            </w:r>
          </w:p>
        </w:tc>
      </w:tr>
      <w:tr w:rsidR="00D97E44">
        <w:trPr>
          <w:cantSplit/>
          <w:trHeight w:val="397"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Act de identitate</w:t>
            </w:r>
          </w:p>
        </w:tc>
      </w:tr>
      <w:tr w:rsidR="00D97E44">
        <w:trPr>
          <w:cantSplit/>
          <w:trHeight w:val="397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Seria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Numărul</w:t>
            </w:r>
          </w:p>
        </w:tc>
        <w:tc>
          <w:tcPr>
            <w:tcW w:w="63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Eliberat de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La data</w:t>
            </w:r>
          </w:p>
        </w:tc>
      </w:tr>
      <w:tr w:rsidR="00D97E44">
        <w:trPr>
          <w:cantSplit/>
          <w:trHeight w:val="397"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Domiciliul</w:t>
            </w:r>
          </w:p>
        </w:tc>
      </w:tr>
      <w:tr w:rsidR="00D97E44">
        <w:trPr>
          <w:cantSplit/>
          <w:trHeight w:val="397"/>
          <w:jc w:val="center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Județul</w:t>
            </w:r>
          </w:p>
        </w:tc>
        <w:tc>
          <w:tcPr>
            <w:tcW w:w="51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Municipiul / orașul / comuna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Satul / sectorul</w:t>
            </w:r>
          </w:p>
        </w:tc>
      </w:tr>
      <w:tr w:rsidR="00D97E44">
        <w:trPr>
          <w:cantSplit/>
          <w:trHeight w:val="397"/>
          <w:jc w:val="center"/>
        </w:trPr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Strada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Nr.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Sc.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Et.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Ap.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Cod poștal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Țara</w:t>
            </w:r>
          </w:p>
        </w:tc>
      </w:tr>
      <w:tr w:rsidR="00D97E44">
        <w:trPr>
          <w:cantSplit/>
          <w:trHeight w:val="397"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Date de contact</w:t>
            </w:r>
          </w:p>
        </w:tc>
      </w:tr>
      <w:tr w:rsidR="00D97E44">
        <w:trPr>
          <w:cantSplit/>
          <w:trHeight w:val="397"/>
          <w:jc w:val="center"/>
        </w:trPr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 xml:space="preserve">Telefon </w:t>
            </w:r>
            <w:r>
              <w:t>/ fax</w:t>
            </w:r>
          </w:p>
        </w:tc>
        <w:tc>
          <w:tcPr>
            <w:tcW w:w="63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E-mail</w:t>
            </w:r>
          </w:p>
        </w:tc>
      </w:tr>
      <w:tr w:rsidR="00D97E44">
        <w:trPr>
          <w:cantSplit/>
          <w:trHeight w:val="397"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Reprezentare</w:t>
            </w:r>
          </w:p>
        </w:tc>
      </w:tr>
      <w:tr w:rsidR="00D97E44">
        <w:trPr>
          <w:cantSplit/>
          <w:trHeight w:val="397"/>
          <w:jc w:val="center"/>
        </w:trPr>
        <w:tc>
          <w:tcPr>
            <w:tcW w:w="76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În calitate de reprezentant al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CUI / CIF</w:t>
            </w:r>
          </w:p>
        </w:tc>
      </w:tr>
      <w:tr w:rsidR="00D97E44">
        <w:trPr>
          <w:cantSplit/>
          <w:jc w:val="center"/>
        </w:trPr>
        <w:tc>
          <w:tcPr>
            <w:tcW w:w="10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titular al dreptului de proprietate </w:t>
            </w:r>
            <w:sdt>
              <w:sdtPr>
                <w:rPr>
                  <w:rFonts w:ascii="MS Gothic" w:eastAsia="MS Gothic" w:hAnsi="MS Gothic"/>
                </w:rPr>
                <w:id w:val="900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împuternicit al titularului</w:t>
            </w:r>
          </w:p>
        </w:tc>
      </w:tr>
    </w:tbl>
    <w:p w:rsidR="00D97E44" w:rsidRDefault="00D97E44">
      <w:pPr>
        <w:spacing w:after="80"/>
      </w:pPr>
    </w:p>
    <w:p w:rsidR="00D97E44" w:rsidRDefault="00924F32">
      <w:pPr>
        <w:spacing w:before="120" w:after="80"/>
        <w:jc w:val="center"/>
      </w:pPr>
      <w:r>
        <w:t>în conformitate cu prevederile</w:t>
      </w:r>
      <w:r>
        <w:br/>
      </w:r>
      <w:r>
        <w:t xml:space="preserve">Legii nr. 169/2026 privind Codul amenajării teritoriului, urbanismului și </w:t>
      </w:r>
      <w:r>
        <w:t>construcțiilor,</w:t>
      </w:r>
      <w:r>
        <w:br/>
      </w:r>
      <w:r>
        <w:t>solicit emiterea</w:t>
      </w:r>
      <w:r>
        <w:br/>
      </w:r>
      <w:r>
        <w:rPr>
          <w:b/>
          <w:sz w:val="20"/>
        </w:rPr>
        <w:t>CERTIFICATULUI DE URBANISM</w:t>
      </w:r>
      <w:r>
        <w:br/>
      </w:r>
      <w:r>
        <w:rPr>
          <w:b/>
          <w:sz w:val="20"/>
        </w:rPr>
        <w:t>PENTRU OPERAȚIUNI CADASTRALE</w:t>
      </w: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0205"/>
      </w:tblGrid>
      <w:tr w:rsidR="00D97E44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97E44" w:rsidRDefault="00924F32">
            <w:pPr>
              <w:spacing w:before="20" w:after="20"/>
            </w:pPr>
            <w:r>
              <w:rPr>
                <w:b/>
              </w:rPr>
              <w:t>3. ÎN VEDEREA REALIZĂRII OPERAȚIUNII CADATRALE :</w:t>
            </w:r>
          </w:p>
        </w:tc>
      </w:tr>
      <w:tr w:rsidR="00D97E44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comasare (alipire) </w:t>
            </w:r>
            <w:sdt>
              <w:sdtPr>
                <w:rPr>
                  <w:rFonts w:ascii="MS Gothic" w:eastAsia="MS Gothic" w:hAnsi="MS Gothic"/>
                </w:rPr>
                <w:id w:val="900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dezmembrare (dezlipire) </w:t>
            </w:r>
            <w:sdt>
              <w:sdtPr>
                <w:rPr>
                  <w:rFonts w:ascii="MS Gothic" w:eastAsia="MS Gothic" w:hAnsi="MS Gothic"/>
                </w:rPr>
                <w:id w:val="900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înscrierea unor servituți de trecere</w:t>
            </w:r>
          </w:p>
        </w:tc>
      </w:tr>
      <w:tr w:rsidR="00D97E44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evidențieri de imobile în cartea funciară </w:t>
            </w:r>
            <w:sdt>
              <w:sdtPr>
                <w:rPr>
                  <w:rFonts w:ascii="MS Gothic" w:eastAsia="MS Gothic" w:hAnsi="MS Gothic"/>
                </w:rPr>
                <w:id w:val="900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reevidențieri de imobile în cartea funciară</w:t>
            </w:r>
          </w:p>
        </w:tc>
      </w:tr>
      <w:tr w:rsidR="00D97E44">
        <w:trPr>
          <w:cantSplit/>
          <w:trHeight w:val="397"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Descrierea operațiunii cadastrale propuse :</w:t>
            </w:r>
          </w:p>
        </w:tc>
      </w:tr>
      <w:tr w:rsidR="00D97E44">
        <w:trPr>
          <w:cantSplit/>
          <w:trHeight w:val="397"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......................................................</w:t>
            </w:r>
          </w:p>
        </w:tc>
      </w:tr>
    </w:tbl>
    <w:p w:rsidR="00D97E44" w:rsidRDefault="00D97E44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D97E44">
        <w:trPr>
          <w:cantSplit/>
          <w:jc w:val="center"/>
        </w:trPr>
        <w:tc>
          <w:tcPr>
            <w:tcW w:w="10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97E44" w:rsidRDefault="00924F32">
            <w:pPr>
              <w:spacing w:before="20" w:after="20"/>
            </w:pPr>
            <w:r>
              <w:rPr>
                <w:b/>
              </w:rPr>
              <w:t>4. IMOBILUL</w:t>
            </w:r>
          </w:p>
        </w:tc>
      </w:tr>
      <w:tr w:rsidR="00D97E44">
        <w:trPr>
          <w:cantSplit/>
          <w:jc w:val="center"/>
        </w:trPr>
        <w:tc>
          <w:tcPr>
            <w:tcW w:w="10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teren </w:t>
            </w:r>
            <w:sdt>
              <w:sdtPr>
                <w:rPr>
                  <w:rFonts w:ascii="MS Gothic" w:eastAsia="MS Gothic" w:hAnsi="MS Gothic"/>
                </w:rPr>
                <w:id w:val="900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construcții</w:t>
            </w:r>
          </w:p>
        </w:tc>
      </w:tr>
      <w:tr w:rsidR="00D97E44">
        <w:trPr>
          <w:cantSplit/>
          <w:trHeight w:val="397"/>
          <w:jc w:val="center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Județ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Municipiu / oraș</w:t>
            </w:r>
            <w:r>
              <w:t xml:space="preserve"> / comună</w:t>
            </w:r>
          </w:p>
        </w:tc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Sat / sector</w:t>
            </w:r>
          </w:p>
        </w:tc>
      </w:tr>
      <w:tr w:rsidR="00D97E44">
        <w:trPr>
          <w:cantSplit/>
          <w:trHeight w:val="397"/>
          <w:jc w:val="center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Cod poștal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Strada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Nr.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Bl. / sc. / et. / ap.</w:t>
            </w:r>
          </w:p>
        </w:tc>
      </w:tr>
      <w:tr w:rsidR="00D97E44">
        <w:trPr>
          <w:cantSplit/>
          <w:trHeight w:val="397"/>
          <w:jc w:val="center"/>
        </w:trPr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Număr cadastral</w:t>
            </w:r>
            <w:r>
              <w:br/>
            </w:r>
            <w:r>
              <w:t>dacă imobilul e înscris în e-Terra</w:t>
            </w:r>
          </w:p>
        </w:tc>
        <w:tc>
          <w:tcPr>
            <w:tcW w:w="5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Carte funciară nr.</w:t>
            </w:r>
          </w:p>
        </w:tc>
      </w:tr>
    </w:tbl>
    <w:p w:rsidR="00D97E44" w:rsidRDefault="00D97E44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10205"/>
      </w:tblGrid>
      <w:tr w:rsidR="00D97E44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97E44" w:rsidRDefault="00924F32">
            <w:pPr>
              <w:spacing w:before="20" w:after="20"/>
            </w:pPr>
            <w:r>
              <w:rPr>
                <w:b/>
              </w:rPr>
              <w:t>5. SE ANEXEAZĂ</w:t>
            </w:r>
          </w:p>
        </w:tc>
      </w:tr>
      <w:tr w:rsidR="00D97E44">
        <w:trPr>
          <w:cantSplit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documentația cadastrală </w:t>
            </w:r>
            <w:sdt>
              <w:sdtPr>
                <w:rPr>
                  <w:rFonts w:ascii="MS Gothic" w:eastAsia="MS Gothic" w:hAnsi="MS Gothic"/>
                </w:rPr>
                <w:id w:val="900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plan cu o propunere de comasare/dezmembrare</w:t>
            </w:r>
            <w:r>
              <w:br/>
            </w:r>
            <w:sdt>
              <w:sdtPr>
                <w:rPr>
                  <w:rFonts w:ascii="MS Gothic" w:eastAsia="MS Gothic" w:hAnsi="MS Gothic"/>
                </w:rPr>
                <w:id w:val="900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extras de carte funciară actualizat </w:t>
            </w:r>
            <w:sdt>
              <w:sdtPr>
                <w:rPr>
                  <w:rFonts w:ascii="MS Gothic" w:eastAsia="MS Gothic" w:hAnsi="MS Gothic"/>
                </w:rPr>
                <w:id w:val="900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plan de încadrare în zonă în sistem Stereo 70 </w:t>
            </w:r>
            <w:sdt>
              <w:sdtPr>
                <w:rPr>
                  <w:rFonts w:ascii="MS Gothic" w:eastAsia="MS Gothic" w:hAnsi="MS Gothic"/>
                </w:rPr>
                <w:id w:val="900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împuternicirea, dacă este cazul</w:t>
            </w:r>
          </w:p>
        </w:tc>
      </w:tr>
    </w:tbl>
    <w:p w:rsidR="00D97E44" w:rsidRDefault="00D97E44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D97E44">
        <w:trPr>
          <w:cantSplit/>
          <w:jc w:val="center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97E44" w:rsidRDefault="00924F32">
            <w:pPr>
              <w:spacing w:before="20" w:after="20"/>
            </w:pPr>
            <w:r>
              <w:rPr>
                <w:b/>
              </w:rPr>
              <w:t>6. COMUNICAREA RĂSPUNSULUI</w:t>
            </w:r>
          </w:p>
        </w:tc>
      </w:tr>
      <w:tr w:rsidR="00D97E44">
        <w:trPr>
          <w:cantSplit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în format scris, prin poștă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în format digital, la adresa de e-mail indicată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sdt>
              <w:sdtPr>
                <w:rPr>
                  <w:rFonts w:ascii="MS Gothic" w:eastAsia="MS Gothic" w:hAnsi="MS Gothic"/>
                </w:rPr>
                <w:id w:val="900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ridicare de la sediul autorității</w:t>
            </w:r>
          </w:p>
        </w:tc>
      </w:tr>
    </w:tbl>
    <w:p w:rsidR="00D97E44" w:rsidRDefault="00D97E44">
      <w:pPr>
        <w:spacing w:after="80"/>
      </w:pPr>
    </w:p>
    <w:tbl>
      <w:tblPr>
        <w:tblW w:w="0" w:type="auto"/>
        <w:jc w:val="center"/>
        <w:tblLayout w:type="fixed"/>
        <w:tblCellMar>
          <w:top w:w="20" w:type="dxa"/>
          <w:left w:w="60" w:type="dxa"/>
          <w:bottom w:w="20" w:type="dxa"/>
          <w:right w:w="6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D97E44">
        <w:trPr>
          <w:cantSplit/>
          <w:jc w:val="center"/>
        </w:trPr>
        <w:tc>
          <w:tcPr>
            <w:tcW w:w="10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97E44" w:rsidRDefault="00924F32">
            <w:pPr>
              <w:spacing w:before="20" w:after="20"/>
            </w:pPr>
            <w:r>
              <w:rPr>
                <w:b/>
              </w:rPr>
              <w:t>7. DATA ȘI SEMNĂTURA</w:t>
            </w:r>
          </w:p>
        </w:tc>
      </w:tr>
      <w:tr w:rsidR="00D97E44">
        <w:trPr>
          <w:cantSplit/>
          <w:trHeight w:val="397"/>
          <w:jc w:val="center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Data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Solicitantul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7E44" w:rsidRDefault="00924F32">
            <w:pPr>
              <w:spacing w:before="20" w:after="20"/>
            </w:pPr>
            <w:r>
              <w:t>Semnătura</w:t>
            </w:r>
          </w:p>
        </w:tc>
      </w:tr>
    </w:tbl>
    <w:p w:rsidR="00D97E44" w:rsidRDefault="00D97E44">
      <w:pPr>
        <w:spacing w:after="80"/>
      </w:pPr>
    </w:p>
    <w:sectPr w:rsidR="00D97E44" w:rsidSect="00034616">
      <w:footerReference w:type="default" r:id="rId9"/>
      <w:pgSz w:w="11906" w:h="16838"/>
      <w:pgMar w:top="567" w:right="567" w:bottom="567" w:left="1134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F32" w:rsidRDefault="00924F32">
      <w:r>
        <w:separator/>
      </w:r>
    </w:p>
  </w:endnote>
  <w:endnote w:type="continuationSeparator" w:id="0">
    <w:p w:rsidR="00924F32" w:rsidRDefault="00924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7E44" w:rsidRDefault="00924F32">
    <w:pPr>
      <w:pStyle w:val="Footer"/>
      <w:jc w:val="center"/>
    </w:pPr>
    <w:r>
      <w:rPr>
        <w:i/>
        <w:color w:val="666666"/>
        <w:sz w:val="14"/>
      </w:rPr>
      <w:t xml:space="preserve">F_CU_02 — Cerere pentru emiterea certificatului de urbanism pentru operațiuni cadastrale · Ordin </w:t>
    </w:r>
    <w:r>
      <w:rPr>
        <w:i/>
        <w:color w:val="666666"/>
        <w:sz w:val="14"/>
      </w:rPr>
      <w:t>MDLPA nr. 975/2026 (M. Of. nr. 711 bis/26.08.2026)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F32" w:rsidRDefault="00924F32">
      <w:r>
        <w:separator/>
      </w:r>
    </w:p>
  </w:footnote>
  <w:footnote w:type="continuationSeparator" w:id="0">
    <w:p w:rsidR="00924F32" w:rsidRDefault="00924F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70D45"/>
    <w:rsid w:val="00924F32"/>
    <w:rsid w:val="00AA1D8D"/>
    <w:rsid w:val="00B47730"/>
    <w:rsid w:val="00CB0664"/>
    <w:rsid w:val="00D97E4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70D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D4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70D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D4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1E4562D-9D8D-4137-9F39-0CED0AD76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admin</cp:lastModifiedBy>
  <cp:revision>2</cp:revision>
  <dcterms:created xsi:type="dcterms:W3CDTF">2026-09-08T12:00:00Z</dcterms:created>
  <dcterms:modified xsi:type="dcterms:W3CDTF">2026-09-08T12:00:00Z</dcterms:modified>
</cp:coreProperties>
</file>