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637" w:rsidRDefault="00531842">
      <w:pPr>
        <w:spacing w:after="40"/>
        <w:jc w:val="right"/>
      </w:pPr>
      <w:bookmarkStart w:id="0" w:name="_GoBack"/>
      <w:bookmarkEnd w:id="0"/>
      <w:r>
        <w:rPr>
          <w:b/>
          <w:color w:val="444444"/>
          <w:sz w:val="16"/>
        </w:rPr>
        <w:t>F_CU_01 • versiunea 1.0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606637">
        <w:trPr>
          <w:cantSplit/>
          <w:trHeight w:val="397"/>
          <w:jc w:val="center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606637">
            <w:pPr>
              <w:spacing w:before="20" w:after="20"/>
            </w:pPr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Județul</w:t>
            </w:r>
          </w:p>
        </w:tc>
      </w:tr>
      <w:tr w:rsidR="00606637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606637" w:rsidRDefault="00606637"/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Autoritatea administrației publice</w:t>
            </w:r>
          </w:p>
        </w:tc>
      </w:tr>
      <w:tr w:rsidR="00606637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606637" w:rsidRDefault="00606637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Cod de identificare fiscală (CIF)</w:t>
            </w: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 xml:space="preserve">Adresa oficială </w:t>
            </w:r>
            <w:r>
              <w:br/>
            </w:r>
            <w:r>
              <w:t>sediul • telefon • e-mail</w:t>
            </w:r>
          </w:p>
        </w:tc>
      </w:tr>
      <w:tr w:rsidR="00606637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606637" w:rsidRDefault="00606637"/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Număr de înregistrare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Data</w:t>
            </w:r>
          </w:p>
        </w:tc>
      </w:tr>
      <w:tr w:rsidR="00606637">
        <w:trPr>
          <w:cantSplit/>
          <w:trHeight w:val="397"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se completează de autoritate — solicitantul nu scrie în această zonă</w:t>
            </w:r>
          </w:p>
        </w:tc>
      </w:tr>
    </w:tbl>
    <w:p w:rsidR="00606637" w:rsidRDefault="00606637">
      <w:pPr>
        <w:spacing w:after="80"/>
      </w:pPr>
    </w:p>
    <w:p w:rsidR="00606637" w:rsidRDefault="00531842">
      <w:pPr>
        <w:spacing w:before="120" w:after="80"/>
        <w:jc w:val="center"/>
      </w:pPr>
      <w:r>
        <w:rPr>
          <w:b/>
          <w:sz w:val="24"/>
        </w:rPr>
        <w:t>CERERE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606637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06637" w:rsidRDefault="00531842">
            <w:pPr>
              <w:spacing w:before="20" w:after="20"/>
            </w:pPr>
            <w:r>
              <w:rPr>
                <w:b/>
              </w:rPr>
              <w:t>1. CĂTRE</w:t>
            </w:r>
          </w:p>
        </w:tc>
      </w:tr>
      <w:tr w:rsidR="00606637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Instituția</w:t>
            </w:r>
            <w:r>
              <w:br/>
            </w:r>
            <w:r>
              <w:t>primăria municipiului / orașului / comunei · primăria de sector · consiliul județean</w:t>
            </w:r>
          </w:p>
        </w:tc>
      </w:tr>
      <w:tr w:rsidR="00606637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 xml:space="preserve">Cererea va fi transmisă către președintele consiliului județean, primarul general, primarul de sector sau primarul municipiului / orașului / </w:t>
            </w:r>
            <w:r>
              <w:t>comunei, după caz.</w:t>
            </w:r>
          </w:p>
        </w:tc>
      </w:tr>
    </w:tbl>
    <w:p w:rsidR="00606637" w:rsidRDefault="00606637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 w:rsidR="00606637">
        <w:trPr>
          <w:cantSplit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06637" w:rsidRDefault="00531842">
            <w:pPr>
              <w:spacing w:before="20" w:after="20"/>
            </w:pPr>
            <w:r>
              <w:rPr>
                <w:b/>
              </w:rPr>
              <w:t>2. SOLICITANTUL</w:t>
            </w:r>
          </w:p>
        </w:tc>
      </w:tr>
      <w:tr w:rsidR="00606637">
        <w:trPr>
          <w:cantSplit/>
          <w:trHeight w:val="397"/>
          <w:jc w:val="center"/>
        </w:trPr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Nume și prenume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CNP</w:t>
            </w:r>
          </w:p>
        </w:tc>
      </w:tr>
      <w:tr w:rsidR="00606637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Act de identitate</w:t>
            </w:r>
          </w:p>
        </w:tc>
      </w:tr>
      <w:tr w:rsidR="00606637">
        <w:trPr>
          <w:cantSplit/>
          <w:trHeight w:val="397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Seria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Numărul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Eliberat 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La data</w:t>
            </w:r>
          </w:p>
        </w:tc>
      </w:tr>
      <w:tr w:rsidR="00606637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Domiciliul</w:t>
            </w:r>
          </w:p>
        </w:tc>
      </w:tr>
      <w:tr w:rsidR="00606637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Județul</w:t>
            </w: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Municipiul / orașul / comuna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Satul / sectorul</w:t>
            </w:r>
          </w:p>
        </w:tc>
      </w:tr>
      <w:tr w:rsidR="00606637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Strada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Nr.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Sc.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Et.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Ap.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Cod poștal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Țara</w:t>
            </w:r>
          </w:p>
        </w:tc>
      </w:tr>
      <w:tr w:rsidR="00606637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Date de contact</w:t>
            </w:r>
          </w:p>
        </w:tc>
      </w:tr>
      <w:tr w:rsidR="00606637">
        <w:trPr>
          <w:cantSplit/>
          <w:trHeight w:val="397"/>
          <w:jc w:val="center"/>
        </w:trPr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Telefon / fax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E-mail</w:t>
            </w:r>
          </w:p>
        </w:tc>
      </w:tr>
      <w:tr w:rsidR="00606637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Reprezentare</w:t>
            </w:r>
          </w:p>
        </w:tc>
      </w:tr>
      <w:tr w:rsidR="00606637">
        <w:trPr>
          <w:cantSplit/>
          <w:trHeight w:val="397"/>
          <w:jc w:val="center"/>
        </w:trPr>
        <w:tc>
          <w:tcPr>
            <w:tcW w:w="76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În calitate de reprezentant al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CUI / CIF</w:t>
            </w:r>
          </w:p>
        </w:tc>
      </w:tr>
    </w:tbl>
    <w:p w:rsidR="00606637" w:rsidRDefault="00606637">
      <w:pPr>
        <w:spacing w:after="80"/>
      </w:pPr>
    </w:p>
    <w:p w:rsidR="00606637" w:rsidRDefault="00531842">
      <w:pPr>
        <w:spacing w:before="120" w:after="80"/>
        <w:jc w:val="center"/>
      </w:pPr>
      <w:r>
        <w:t>în conformitate cu prevederile</w:t>
      </w:r>
      <w:r>
        <w:br/>
      </w:r>
      <w:r>
        <w:t>Legii nr. 169/2026 privind Codul amenajării teritoriului, urbanismului și construcțiilor,</w:t>
      </w:r>
      <w:r>
        <w:br/>
      </w:r>
      <w:r>
        <w:t>solicit emiterea</w:t>
      </w:r>
      <w:r>
        <w:br/>
      </w:r>
      <w:r>
        <w:rPr>
          <w:b/>
          <w:sz w:val="20"/>
        </w:rPr>
        <w:t>CERTIFICATULUI DE URBANISM DE INFORMARE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606637">
        <w:trPr>
          <w:cantSplit/>
          <w:jc w:val="center"/>
        </w:trPr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06637" w:rsidRDefault="00531842">
            <w:pPr>
              <w:spacing w:before="20" w:after="20"/>
            </w:pPr>
            <w:r>
              <w:rPr>
                <w:b/>
              </w:rPr>
              <w:t>3. IMOBILUL</w:t>
            </w:r>
          </w:p>
        </w:tc>
      </w:tr>
      <w:tr w:rsidR="00606637">
        <w:trPr>
          <w:cantSplit/>
          <w:jc w:val="center"/>
        </w:trPr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teren </w:t>
            </w:r>
            <w:sdt>
              <w:sdtPr>
                <w:rPr>
                  <w:rFonts w:ascii="MS Gothic" w:eastAsia="MS Gothic" w:hAnsi="MS Gothic"/>
                </w:rPr>
                <w:id w:val="900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</w:t>
            </w:r>
          </w:p>
        </w:tc>
      </w:tr>
      <w:tr w:rsidR="00606637">
        <w:trPr>
          <w:cantSplit/>
          <w:trHeight w:val="397"/>
          <w:jc w:val="center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Județ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Municipiu / oraș / comună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Sat / sector</w:t>
            </w:r>
          </w:p>
        </w:tc>
      </w:tr>
      <w:tr w:rsidR="00606637">
        <w:trPr>
          <w:cantSplit/>
          <w:trHeight w:val="397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Cod poștal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Strada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Nr.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Bl. / sc. / et. / ap.</w:t>
            </w:r>
          </w:p>
        </w:tc>
      </w:tr>
      <w:tr w:rsidR="00606637">
        <w:trPr>
          <w:cantSplit/>
          <w:trHeight w:val="397"/>
          <w:jc w:val="center"/>
        </w:trPr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Suprafața terenului (mp)</w:t>
            </w:r>
          </w:p>
        </w:tc>
      </w:tr>
      <w:tr w:rsidR="00606637">
        <w:trPr>
          <w:cantSplit/>
          <w:trHeight w:val="397"/>
          <w:jc w:val="center"/>
        </w:trPr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Număr cadastral</w:t>
            </w:r>
            <w:r>
              <w:br/>
            </w:r>
            <w:r>
              <w:t>dacă imobilul e înscris în e-Terra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Carte funciară nr.</w:t>
            </w:r>
          </w:p>
        </w:tc>
      </w:tr>
      <w:tr w:rsidR="00606637">
        <w:trPr>
          <w:cantSplit/>
          <w:jc w:val="center"/>
        </w:trPr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extras de carte funciară actualizat, anexat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plan de încadrare în zonă în sistem Stereo 70, anexat eliberat, la cerere, de către Agenția Națională de Cadastru și Publicitate Imobiliară</w:t>
            </w:r>
          </w:p>
        </w:tc>
      </w:tr>
    </w:tbl>
    <w:p w:rsidR="00606637" w:rsidRDefault="00606637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606637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06637" w:rsidRDefault="00531842">
            <w:pPr>
              <w:spacing w:before="20" w:after="20"/>
            </w:pPr>
            <w:r>
              <w:rPr>
                <w:b/>
              </w:rPr>
              <w:t>4. COMUNICAREA RĂSPUNSULUI</w:t>
            </w:r>
          </w:p>
        </w:tc>
      </w:tr>
      <w:tr w:rsidR="00606637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în format scris, prin poștă </w:t>
            </w:r>
            <w:sdt>
              <w:sdtPr>
                <w:rPr>
                  <w:rFonts w:ascii="MS Gothic" w:eastAsia="MS Gothic" w:hAnsi="MS Gothic"/>
                </w:rPr>
                <w:id w:val="90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î</w:t>
            </w:r>
            <w:r>
              <w:t xml:space="preserve">n format digital, la adresa de e-mail indicată </w:t>
            </w:r>
            <w:sdt>
              <w:sdtPr>
                <w:rPr>
                  <w:rFonts w:ascii="MS Gothic" w:eastAsia="MS Gothic" w:hAnsi="MS Gothic"/>
                </w:rPr>
                <w:id w:val="90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ridicare de la sediul autorității</w:t>
            </w:r>
          </w:p>
        </w:tc>
      </w:tr>
    </w:tbl>
    <w:p w:rsidR="00606637" w:rsidRDefault="00606637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606637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06637" w:rsidRDefault="00531842">
            <w:pPr>
              <w:spacing w:before="20" w:after="20"/>
            </w:pPr>
            <w:r>
              <w:rPr>
                <w:b/>
              </w:rPr>
              <w:t>5. DATA ȘI SEMNĂTURA</w:t>
            </w:r>
          </w:p>
        </w:tc>
      </w:tr>
      <w:tr w:rsidR="00606637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lastRenderedPageBreak/>
              <w:t>Data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Solicitantul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6637" w:rsidRDefault="00531842">
            <w:pPr>
              <w:spacing w:before="20" w:after="20"/>
            </w:pPr>
            <w:r>
              <w:t>Semnătura</w:t>
            </w:r>
          </w:p>
        </w:tc>
      </w:tr>
    </w:tbl>
    <w:p w:rsidR="00606637" w:rsidRDefault="00606637">
      <w:pPr>
        <w:spacing w:after="80"/>
      </w:pPr>
    </w:p>
    <w:sectPr w:rsidR="00606637" w:rsidSect="00034616">
      <w:footerReference w:type="default" r:id="rId9"/>
      <w:pgSz w:w="11906" w:h="16838"/>
      <w:pgMar w:top="567" w:right="567" w:bottom="567" w:left="1134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842" w:rsidRDefault="00531842">
      <w:r>
        <w:separator/>
      </w:r>
    </w:p>
  </w:endnote>
  <w:endnote w:type="continuationSeparator" w:id="0">
    <w:p w:rsidR="00531842" w:rsidRDefault="00531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637" w:rsidRDefault="00531842">
    <w:pPr>
      <w:pStyle w:val="Footer"/>
      <w:jc w:val="center"/>
    </w:pPr>
    <w:r>
      <w:rPr>
        <w:i/>
        <w:color w:val="666666"/>
        <w:sz w:val="14"/>
      </w:rPr>
      <w:t>F_CU_01 — Cerere pentru emiterea certificatului</w:t>
    </w:r>
    <w:r>
      <w:rPr>
        <w:i/>
        <w:color w:val="666666"/>
        <w:sz w:val="14"/>
      </w:rPr>
      <w:t xml:space="preserve"> de urbanism de informare · Ordin MDLPA nr. 975/2026 (M. Of. nr. 711 bis/26.08.2026)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842" w:rsidRDefault="00531842">
      <w:r>
        <w:separator/>
      </w:r>
    </w:p>
  </w:footnote>
  <w:footnote w:type="continuationSeparator" w:id="0">
    <w:p w:rsidR="00531842" w:rsidRDefault="00531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1842"/>
    <w:rsid w:val="00606637"/>
    <w:rsid w:val="00904C3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04C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C3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04C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C3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148B89A-7918-4C5D-A534-B7C74A84D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2</cp:revision>
  <dcterms:created xsi:type="dcterms:W3CDTF">2026-09-08T11:59:00Z</dcterms:created>
  <dcterms:modified xsi:type="dcterms:W3CDTF">2026-09-08T11:59:00Z</dcterms:modified>
</cp:coreProperties>
</file>