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689" w:rsidRDefault="00761492">
      <w:pPr>
        <w:spacing w:after="40"/>
        <w:jc w:val="right"/>
      </w:pPr>
      <w:r>
        <w:rPr>
          <w:b/>
          <w:color w:val="444444"/>
          <w:sz w:val="16"/>
        </w:rPr>
        <w:t>F_AM_01 • versiunea 1.0</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FF4689">
        <w:trPr>
          <w:cantSplit/>
          <w:trHeight w:val="397"/>
          <w:jc w:val="center"/>
        </w:trPr>
        <w:tc>
          <w:tcPr>
            <w:tcW w:w="2551" w:type="dxa"/>
            <w:vMerge w:val="restart"/>
            <w:tcBorders>
              <w:top w:val="single" w:sz="4" w:space="0" w:color="000000"/>
              <w:left w:val="single" w:sz="4" w:space="0" w:color="000000"/>
              <w:bottom w:val="single" w:sz="4" w:space="0" w:color="000000"/>
              <w:right w:val="single" w:sz="4" w:space="0" w:color="000000"/>
            </w:tcBorders>
            <w:vAlign w:val="center"/>
          </w:tcPr>
          <w:p w:rsidR="00FF4689" w:rsidRDefault="00FF4689">
            <w:pPr>
              <w:spacing w:before="20" w:after="20"/>
            </w:pPr>
            <w:bookmarkStart w:id="0" w:name="_GoBack"/>
            <w:bookmarkEnd w:id="0"/>
          </w:p>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Județul</w:t>
            </w:r>
          </w:p>
        </w:tc>
      </w:tr>
      <w:tr w:rsidR="00FF4689">
        <w:trPr>
          <w:cantSplit/>
          <w:trHeight w:val="397"/>
          <w:jc w:val="center"/>
        </w:trPr>
        <w:tc>
          <w:tcPr>
            <w:tcW w:w="2551" w:type="dxa"/>
            <w:vMerge/>
          </w:tcPr>
          <w:p w:rsidR="00FF4689" w:rsidRDefault="00FF4689"/>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Autoritatea administrației publice</w:t>
            </w:r>
          </w:p>
        </w:tc>
      </w:tr>
      <w:tr w:rsidR="00FF4689">
        <w:trPr>
          <w:cantSplit/>
          <w:trHeight w:val="397"/>
          <w:jc w:val="center"/>
        </w:trPr>
        <w:tc>
          <w:tcPr>
            <w:tcW w:w="2551" w:type="dxa"/>
            <w:vMerge/>
          </w:tcPr>
          <w:p w:rsidR="00FF4689" w:rsidRDefault="00FF4689"/>
        </w:tc>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Cod de identificare fiscală (CIF)</w:t>
            </w:r>
          </w:p>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Adresa oficială</w:t>
            </w:r>
            <w:r>
              <w:br/>
            </w:r>
            <w:r>
              <w:t>sediul • telefon • e-mail</w:t>
            </w:r>
          </w:p>
        </w:tc>
      </w:tr>
      <w:tr w:rsidR="00FF4689">
        <w:trPr>
          <w:cantSplit/>
          <w:trHeight w:val="397"/>
          <w:jc w:val="center"/>
        </w:trPr>
        <w:tc>
          <w:tcPr>
            <w:tcW w:w="2551" w:type="dxa"/>
            <w:vMerge/>
          </w:tcPr>
          <w:p w:rsidR="00FF4689" w:rsidRDefault="00FF4689"/>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Număr de înregistrare</w:t>
            </w:r>
          </w:p>
        </w:tc>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Data</w:t>
            </w:r>
          </w:p>
        </w:tc>
      </w:tr>
      <w:tr w:rsidR="00FF4689">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se completează de autoritate - solicitantul nu scrie în această </w:t>
            </w:r>
            <w:r>
              <w:t>zonă</w:t>
            </w:r>
          </w:p>
        </w:tc>
      </w:tr>
    </w:tbl>
    <w:p w:rsidR="00FF4689" w:rsidRDefault="00FF4689">
      <w:pPr>
        <w:spacing w:after="80"/>
      </w:pPr>
    </w:p>
    <w:p w:rsidR="00FF4689" w:rsidRDefault="00761492">
      <w:pPr>
        <w:spacing w:before="120" w:after="80"/>
        <w:jc w:val="center"/>
      </w:pPr>
      <w:r>
        <w:rPr>
          <w:b/>
          <w:sz w:val="24"/>
        </w:rPr>
        <w:t>CERERE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1. CĂTRE</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Instituția</w:t>
            </w:r>
            <w:r>
              <w:br/>
            </w:r>
            <w:r>
              <w:t>primăria municipiului / orașului / comunei • primăria de sector • consiliul județean</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Cererea va fi transmisă către președintele consiliului județean, primarul general, primarul de sector sau primarul municipiului / </w:t>
            </w:r>
            <w:r>
              <w:t>orașului / comunei, după caz.</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276"/>
        <w:gridCol w:w="1276"/>
        <w:gridCol w:w="1276"/>
        <w:gridCol w:w="1276"/>
        <w:gridCol w:w="1276"/>
        <w:gridCol w:w="1276"/>
        <w:gridCol w:w="1276"/>
        <w:gridCol w:w="1276"/>
      </w:tblGrid>
      <w:tr w:rsidR="00FF4689">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2. SOLICITANTUL</w:t>
            </w:r>
          </w:p>
        </w:tc>
      </w:tr>
      <w:tr w:rsidR="00FF4689">
        <w:trPr>
          <w:cantSplit/>
          <w:trHeight w:val="397"/>
          <w:jc w:val="center"/>
        </w:trPr>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Nume și prenume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CNP</w:t>
            </w:r>
          </w:p>
        </w:tc>
      </w:tr>
      <w:tr w:rsidR="00FF468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Act de identitate</w:t>
            </w:r>
          </w:p>
        </w:tc>
      </w:tr>
      <w:tr w:rsidR="00FF4689">
        <w:trPr>
          <w:cantSplit/>
          <w:trHeight w:val="397"/>
          <w:jc w:val="center"/>
        </w:trPr>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Seria</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Numărul</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Eliberat de</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La data</w:t>
            </w:r>
          </w:p>
        </w:tc>
      </w:tr>
      <w:tr w:rsidR="00FF468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Domiciliul</w:t>
            </w:r>
          </w:p>
        </w:tc>
      </w:tr>
      <w:tr w:rsidR="00FF4689">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Județul</w:t>
            </w:r>
          </w:p>
        </w:tc>
        <w:tc>
          <w:tcPr>
            <w:tcW w:w="5104" w:type="dxa"/>
            <w:gridSpan w:val="4"/>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Municipiul / orașul / comuna</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Satul / sectorul</w:t>
            </w:r>
          </w:p>
        </w:tc>
      </w:tr>
      <w:tr w:rsidR="00FF4689">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Strada</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Nr.</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Sc.</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Et.</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Ap.</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Cod poștal</w:t>
            </w:r>
          </w:p>
        </w:tc>
        <w:tc>
          <w:tcPr>
            <w:tcW w:w="1276"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Țara</w:t>
            </w:r>
          </w:p>
        </w:tc>
      </w:tr>
      <w:tr w:rsidR="00FF468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Date de contact</w:t>
            </w:r>
          </w:p>
        </w:tc>
      </w:tr>
      <w:tr w:rsidR="00FF4689">
        <w:trPr>
          <w:cantSplit/>
          <w:trHeight w:val="397"/>
          <w:jc w:val="center"/>
        </w:trPr>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Telefon </w:t>
            </w:r>
            <w:r>
              <w:t>/ fax</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E-mail</w:t>
            </w:r>
          </w:p>
        </w:tc>
      </w:tr>
      <w:tr w:rsidR="00FF468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Reprezentare</w:t>
            </w:r>
          </w:p>
        </w:tc>
      </w:tr>
      <w:tr w:rsidR="00FF4689">
        <w:trPr>
          <w:cantSplit/>
          <w:trHeight w:val="397"/>
          <w:jc w:val="center"/>
        </w:trPr>
        <w:tc>
          <w:tcPr>
            <w:tcW w:w="7656" w:type="dxa"/>
            <w:gridSpan w:val="6"/>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În calitate de reprezentant al</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CUI / CIF</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FF4689">
        <w:trPr>
          <w:cantSplit/>
          <w:jc w:val="center"/>
        </w:trPr>
        <w:tc>
          <w:tcPr>
            <w:tcW w:w="10204"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3. TITULAR AL AUTORIZAȚIEI DE CONSTRUIRE</w:t>
            </w:r>
          </w:p>
        </w:tc>
      </w:tr>
      <w:tr w:rsidR="00FF4689">
        <w:trPr>
          <w:cantSplit/>
          <w:trHeight w:val="397"/>
          <w:jc w:val="center"/>
        </w:trPr>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Nr.</w:t>
            </w:r>
          </w:p>
        </w:tc>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Din data</w:t>
            </w:r>
          </w:p>
        </w:tc>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Termen de valabilitate</w:t>
            </w:r>
          </w:p>
        </w:tc>
        <w:tc>
          <w:tcPr>
            <w:tcW w:w="255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Emisă de</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041"/>
        <w:gridCol w:w="2041"/>
        <w:gridCol w:w="2041"/>
        <w:gridCol w:w="2041"/>
        <w:gridCol w:w="2041"/>
      </w:tblGrid>
      <w:tr w:rsidR="00FF4689">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4. IMOBILUL</w:t>
            </w:r>
          </w:p>
        </w:tc>
      </w:tr>
      <w:tr w:rsidR="00FF4689">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3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teren </w:t>
            </w:r>
            <w:sdt>
              <w:sdtPr>
                <w:rPr>
                  <w:rFonts w:ascii="MS Gothic" w:eastAsia="MS Gothic" w:hAnsi="MS Gothic"/>
                </w:rPr>
                <w:id w:val="90023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construcții</w:t>
            </w:r>
          </w:p>
        </w:tc>
      </w:tr>
      <w:tr w:rsidR="00FF4689">
        <w:trPr>
          <w:cantSplit/>
          <w:trHeight w:val="397"/>
          <w:jc w:val="center"/>
        </w:trPr>
        <w:tc>
          <w:tcPr>
            <w:tcW w:w="204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Județ</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Municipiu / oraș / comună</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Sat / sector</w:t>
            </w:r>
          </w:p>
        </w:tc>
      </w:tr>
      <w:tr w:rsidR="00FF4689">
        <w:trPr>
          <w:cantSplit/>
          <w:trHeight w:val="397"/>
          <w:jc w:val="center"/>
        </w:trPr>
        <w:tc>
          <w:tcPr>
            <w:tcW w:w="204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Cod poștal</w:t>
            </w:r>
          </w:p>
        </w:tc>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Strada</w:t>
            </w:r>
          </w:p>
        </w:tc>
        <w:tc>
          <w:tcPr>
            <w:tcW w:w="204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Nr.</w:t>
            </w:r>
          </w:p>
        </w:tc>
        <w:tc>
          <w:tcPr>
            <w:tcW w:w="2041"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Bl. / sc. / et. / ap.</w:t>
            </w:r>
          </w:p>
        </w:tc>
      </w:tr>
      <w:tr w:rsidR="00FF4689">
        <w:trPr>
          <w:cantSplit/>
          <w:trHeight w:val="397"/>
          <w:jc w:val="center"/>
        </w:trPr>
        <w:tc>
          <w:tcPr>
            <w:tcW w:w="4082"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Număr cadastral</w:t>
            </w:r>
            <w:r>
              <w:br/>
            </w:r>
            <w:r>
              <w:t>dacă imobilul e înscris în e-Terra</w:t>
            </w:r>
          </w:p>
        </w:tc>
        <w:tc>
          <w:tcPr>
            <w:tcW w:w="6123"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Carte funciară nr.</w:t>
            </w:r>
          </w:p>
        </w:tc>
      </w:tr>
      <w:tr w:rsidR="00FF4689">
        <w:trPr>
          <w:cantSplit/>
          <w:jc w:val="center"/>
        </w:trPr>
        <w:tc>
          <w:tcPr>
            <w:tcW w:w="10205" w:type="dxa"/>
            <w:gridSpan w:val="5"/>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3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extras de carte funciară actualizat, anexat </w:t>
            </w:r>
            <w:sdt>
              <w:sdtPr>
                <w:rPr>
                  <w:rFonts w:ascii="MS Gothic" w:eastAsia="MS Gothic" w:hAnsi="MS Gothic"/>
                </w:rPr>
                <w:id w:val="90023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plan de încadrare în zonă în sistem Stereo 70, anexat</w:t>
            </w:r>
          </w:p>
        </w:tc>
      </w:tr>
    </w:tbl>
    <w:p w:rsidR="00FF4689" w:rsidRDefault="00FF4689">
      <w:pPr>
        <w:spacing w:after="80"/>
      </w:pPr>
    </w:p>
    <w:p w:rsidR="00FF4689" w:rsidRDefault="00761492">
      <w:pPr>
        <w:spacing w:before="120" w:after="80"/>
        <w:jc w:val="center"/>
      </w:pPr>
      <w:r>
        <w:t xml:space="preserve">în conformitate cu prevederile art. 293 </w:t>
      </w:r>
      <w:r>
        <w:t>din Legea nr. 169/2026</w:t>
      </w:r>
      <w:r>
        <w:br/>
      </w:r>
      <w:r>
        <w:t>privind Codul amenajării teritoriului, urbanismului și construcțiilor,</w:t>
      </w:r>
      <w:r>
        <w:br/>
      </w:r>
      <w:r>
        <w:t>solicit emiterea</w:t>
      </w:r>
      <w:r>
        <w:br/>
      </w:r>
      <w:r>
        <w:rPr>
          <w:b/>
          <w:sz w:val="20"/>
        </w:rPr>
        <w:t>AUTORIZAȚIEI DE MODIFICARE</w:t>
      </w:r>
      <w:r>
        <w:br/>
      </w:r>
      <w:r>
        <w:t>în vederea realizării lucrărilor corespunzătoare modificărilor de temă</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5. MODIFICĂRILE DE TEMĂ SOLICITATE</w:t>
            </w:r>
          </w:p>
        </w:tc>
      </w:tr>
      <w:tr w:rsidR="00FF4689">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FF4689">
            <w:pPr>
              <w:spacing w:before="20" w:after="20"/>
            </w:pPr>
          </w:p>
        </w:tc>
      </w:tr>
      <w:tr w:rsidR="00FF4689">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lastRenderedPageBreak/>
              <w:t>................</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FF4689">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6. ECHIPA DE PROIECTARE</w:t>
            </w:r>
          </w:p>
        </w:tc>
      </w:tr>
      <w:tr w:rsidR="00FF4689">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3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Proiect pentru autorizarea construirii actualizat</w:t>
            </w:r>
          </w:p>
        </w:tc>
      </w:tr>
      <w:tr w:rsidR="00FF4689">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Nr. / data proiectului actualizat</w:t>
            </w:r>
          </w:p>
        </w:tc>
        <w:tc>
          <w:tcPr>
            <w:tcW w:w="6804"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Elaborator (denumire + sediu)</w:t>
            </w:r>
          </w:p>
        </w:tc>
      </w:tr>
      <w:tr w:rsidR="00FF4689">
        <w:trPr>
          <w:cantSplit/>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Proiectant autor - arhitect / conductor arhitect / arhitect de interior</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Nr. TNA</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Ingineri, pe</w:t>
            </w:r>
            <w:r>
              <w:t xml:space="preserve"> specialități</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5102"/>
        <w:gridCol w:w="5102"/>
      </w:tblGrid>
      <w:tr w:rsidR="00FF4689">
        <w:trPr>
          <w:cantSplit/>
          <w:jc w:val="center"/>
        </w:trPr>
        <w:tc>
          <w:tcPr>
            <w:tcW w:w="1020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7. VERIFICAREA TEHNICĂ</w:t>
            </w:r>
          </w:p>
        </w:tc>
      </w:tr>
      <w:tr w:rsidR="00FF4689">
        <w:trPr>
          <w:cantSplit/>
          <w:jc w:val="center"/>
        </w:trPr>
        <w:tc>
          <w:tcPr>
            <w:tcW w:w="10204" w:type="dxa"/>
            <w:gridSpan w:val="2"/>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3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CC 1 / NVP 1 </w:t>
            </w:r>
            <w:sdt>
              <w:sdtPr>
                <w:rPr>
                  <w:rFonts w:ascii="MS Gothic" w:eastAsia="MS Gothic" w:hAnsi="MS Gothic"/>
                </w:rPr>
                <w:id w:val="90023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CC 2 / NVP 2 </w:t>
            </w:r>
            <w:sdt>
              <w:sdtPr>
                <w:rPr>
                  <w:rFonts w:ascii="MS Gothic" w:eastAsia="MS Gothic" w:hAnsi="MS Gothic"/>
                </w:rPr>
                <w:id w:val="90024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CC 3 / NVP 3 </w:t>
            </w:r>
            <w:sdt>
              <w:sdtPr>
                <w:rPr>
                  <w:rFonts w:ascii="MS Gothic" w:eastAsia="MS Gothic" w:hAnsi="MS Gothic"/>
                </w:rPr>
                <w:id w:val="90024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CC 4 / NVP 4</w:t>
            </w:r>
          </w:p>
        </w:tc>
      </w:tr>
      <w:tr w:rsidR="00FF4689">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rezistență mecanică și stabilitate - nume și prenume 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r w:rsidR="00FF4689">
        <w:trPr>
          <w:cantSplit/>
          <w:trHeight w:val="397"/>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securitate la incendiu - nume și prenume </w:t>
            </w:r>
            <w:r>
              <w:t>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r w:rsidR="00FF4689">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igienă, sănătate și mediu înconjurător - nume și prenume 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r w:rsidR="00FF4689">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siguranță și accesibilitate în exploatare - nume și prenume 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r w:rsidR="00FF4689">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p</w:t>
            </w:r>
            <w:r>
              <w:t>rotecție împotriva zgomotului - nume și prenume 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r w:rsidR="00FF4689">
        <w:trPr>
          <w:cantSplit/>
          <w:jc w:val="center"/>
        </w:trPr>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economie de energie și izolare termică - nume și prenume verificator / nr. atestat</w:t>
            </w:r>
          </w:p>
        </w:tc>
        <w:tc>
          <w:tcPr>
            <w:tcW w:w="51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Referat nr. / data</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FF4689">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8. VALORI ȘI DURATĂ</w:t>
            </w:r>
          </w:p>
        </w:tc>
      </w:tr>
      <w:tr w:rsidR="00FF4689">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Valoarea lucrărilor supuse </w:t>
            </w:r>
            <w:r>
              <w:t>autorizării (lei)</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Valoarea obiectivului (lei)</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Durata estimată de execuție (luni)</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9. ANEXEZ LA PREZENTA CERERE</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4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a) proiectul pentru autorizarea construirii actualizat, cuprinzând modificările de temă (2 exemplare originale sau 1 exemplar original, în format letric, acolo unde autoritatea are posibilitatea de a arhiva în format digital))</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43"/>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b) referatele de verifi</w:t>
            </w:r>
            <w:r>
              <w:t>care ale proiectului actualizat, corespunzător clasei de consecințe a obiectivului (câte 1 exemplar copie)</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44"/>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c) documente emise de către emitenții avizelor / acordurilor, din care rezultă că modificările de temă se încadrează în limitele avizelor emise inițial (câte 1 exemplar copie):</w:t>
            </w:r>
          </w:p>
        </w:tc>
      </w:tr>
      <w:tr w:rsidR="00FF4689">
        <w:trPr>
          <w:cantSplit/>
          <w:trHeight w:val="397"/>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45"/>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 autorizația de construire / desființare inițială și </w:t>
            </w:r>
            <w:r>
              <w:t>proiectul vizat spre neschimbare (copie)</w:t>
            </w:r>
          </w:p>
        </w:tc>
      </w:tr>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sdt>
              <w:sdtPr>
                <w:rPr>
                  <w:rFonts w:ascii="MS Gothic" w:eastAsia="MS Gothic" w:hAnsi="MS Gothic"/>
                </w:rPr>
                <w:id w:val="900246"/>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e) rapoartele de expertiză tehnică, dacă este cazul</w:t>
            </w:r>
            <w:r>
              <w:br/>
            </w:r>
            <w:sdt>
              <w:sdtPr>
                <w:rPr>
                  <w:rFonts w:ascii="MS Gothic" w:eastAsia="MS Gothic" w:hAnsi="MS Gothic"/>
                </w:rPr>
                <w:id w:val="900247"/>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f) documentele de plată a taxelor legale (copie) </w:t>
            </w:r>
            <w:r>
              <w:br/>
            </w:r>
            <w:sdt>
              <w:sdtPr>
                <w:rPr>
                  <w:rFonts w:ascii="MS Gothic" w:eastAsia="MS Gothic" w:hAnsi="MS Gothic"/>
                </w:rPr>
                <w:id w:val="90024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g) împuternicirea, dacă este cazul</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FF468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 xml:space="preserve">Declar pe propria răspundere, sub sancțiunea Codului penal </w:t>
            </w:r>
            <w:r>
              <w:t>privind infracțiunea de fals în declarații, că datele menționate în prezenta cerere sunt reale și exacte și că am formulat prezenta cerere anterior începerii lucrărilor asupra elementelor supuse modificării, astfel cum stabilește art. 293 alin. (2) din Leg</w:t>
            </w:r>
            <w:r>
              <w:t>ea nr. 169/2026.</w:t>
            </w:r>
          </w:p>
        </w:tc>
      </w:tr>
    </w:tbl>
    <w:p w:rsidR="00FF4689" w:rsidRDefault="00FF468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FF4689">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FF4689" w:rsidRDefault="00761492">
            <w:pPr>
              <w:spacing w:before="20" w:after="20"/>
            </w:pPr>
            <w:r>
              <w:rPr>
                <w:b/>
              </w:rPr>
              <w:t>10. DATA ȘI SEMNĂTURA</w:t>
            </w:r>
          </w:p>
        </w:tc>
      </w:tr>
      <w:tr w:rsidR="00FF4689">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Titularul autorizației</w:t>
            </w:r>
          </w:p>
        </w:tc>
        <w:tc>
          <w:tcPr>
            <w:tcW w:w="3402" w:type="dxa"/>
            <w:tcBorders>
              <w:top w:val="single" w:sz="4" w:space="0" w:color="000000"/>
              <w:left w:val="single" w:sz="4" w:space="0" w:color="000000"/>
              <w:bottom w:val="single" w:sz="4" w:space="0" w:color="000000"/>
              <w:right w:val="single" w:sz="4" w:space="0" w:color="000000"/>
            </w:tcBorders>
            <w:vAlign w:val="center"/>
          </w:tcPr>
          <w:p w:rsidR="00FF4689" w:rsidRDefault="00761492">
            <w:pPr>
              <w:spacing w:before="20" w:after="20"/>
            </w:pPr>
            <w:r>
              <w:t>Semnătura</w:t>
            </w:r>
          </w:p>
        </w:tc>
      </w:tr>
    </w:tbl>
    <w:p w:rsidR="00FF4689" w:rsidRDefault="00FF4689">
      <w:pPr>
        <w:spacing w:after="80"/>
      </w:pPr>
    </w:p>
    <w:sectPr w:rsidR="00FF4689" w:rsidSect="00034616">
      <w:footerReference w:type="default" r:id="rId9"/>
      <w:pgSz w:w="11906" w:h="16838"/>
      <w:pgMar w:top="567" w:right="567" w:bottom="567" w:left="1134" w:header="283"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492" w:rsidRDefault="00761492">
      <w:r>
        <w:separator/>
      </w:r>
    </w:p>
  </w:endnote>
  <w:endnote w:type="continuationSeparator" w:id="0">
    <w:p w:rsidR="00761492" w:rsidRDefault="0076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689" w:rsidRDefault="00761492">
    <w:pPr>
      <w:pStyle w:val="Footer"/>
      <w:jc w:val="center"/>
    </w:pPr>
    <w:r>
      <w:rPr>
        <w:i/>
        <w:color w:val="666666"/>
        <w:sz w:val="14"/>
      </w:rPr>
      <w:t xml:space="preserve">F_AM_01 — Cerere pentru emiterea autorizației de modificare · Ordin MDLPA nr. 975/2026 (M. Of. nr. 711 </w:t>
    </w:r>
    <w:r>
      <w:rPr>
        <w:i/>
        <w:color w:val="666666"/>
        <w:sz w:val="14"/>
      </w:rPr>
      <w:t>bis/26.08.2026)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492" w:rsidRDefault="00761492">
      <w:r>
        <w:separator/>
      </w:r>
    </w:p>
  </w:footnote>
  <w:footnote w:type="continuationSeparator" w:id="0">
    <w:p w:rsidR="00761492" w:rsidRDefault="007614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E174A"/>
    <w:rsid w:val="00761492"/>
    <w:rsid w:val="00AA1D8D"/>
    <w:rsid w:val="00B47730"/>
    <w:rsid w:val="00CB0664"/>
    <w:rsid w:val="00FC693F"/>
    <w:rsid w:val="00FF46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E174A"/>
    <w:rPr>
      <w:rFonts w:ascii="Tahoma" w:hAnsi="Tahoma" w:cs="Tahoma"/>
      <w:sz w:val="16"/>
      <w:szCs w:val="16"/>
    </w:rPr>
  </w:style>
  <w:style w:type="character" w:customStyle="1" w:styleId="BalloonTextChar">
    <w:name w:val="Balloon Text Char"/>
    <w:basedOn w:val="DefaultParagraphFont"/>
    <w:link w:val="BalloonText"/>
    <w:uiPriority w:val="99"/>
    <w:semiHidden/>
    <w:rsid w:val="004E174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E174A"/>
    <w:rPr>
      <w:rFonts w:ascii="Tahoma" w:hAnsi="Tahoma" w:cs="Tahoma"/>
      <w:sz w:val="16"/>
      <w:szCs w:val="16"/>
    </w:rPr>
  </w:style>
  <w:style w:type="character" w:customStyle="1" w:styleId="BalloonTextChar">
    <w:name w:val="Balloon Text Char"/>
    <w:basedOn w:val="DefaultParagraphFont"/>
    <w:link w:val="BalloonText"/>
    <w:uiPriority w:val="99"/>
    <w:semiHidden/>
    <w:rsid w:val="004E174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D7140-874F-4B63-9BB3-17FAD84B3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dcterms:created xsi:type="dcterms:W3CDTF">2026-09-09T05:43:00Z</dcterms:created>
  <dcterms:modified xsi:type="dcterms:W3CDTF">2026-09-09T05:43:00Z</dcterms:modified>
</cp:coreProperties>
</file>