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48" w:rsidRDefault="00812C3D">
      <w:pPr>
        <w:spacing w:after="40"/>
        <w:jc w:val="right"/>
      </w:pPr>
      <w:r>
        <w:rPr>
          <w:b/>
          <w:color w:val="444444"/>
          <w:sz w:val="16"/>
        </w:rPr>
        <w:t>F_CU_03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536848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536848">
            <w:pPr>
              <w:spacing w:before="20" w:after="20"/>
            </w:pPr>
            <w:bookmarkStart w:id="0" w:name="_GoBack"/>
            <w:bookmarkEnd w:id="0"/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Județul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536848" w:rsidRDefault="00536848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Autoritatea administrației publice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536848" w:rsidRDefault="0053684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536848" w:rsidRDefault="00536848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Data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 xml:space="preserve">se completează de autoritate - solicitantul nu scrie în această </w:t>
            </w:r>
            <w:r>
              <w:t>zonă</w:t>
            </w:r>
          </w:p>
        </w:tc>
      </w:tr>
    </w:tbl>
    <w:p w:rsidR="00536848" w:rsidRDefault="00536848">
      <w:pPr>
        <w:spacing w:after="80"/>
      </w:pPr>
    </w:p>
    <w:p w:rsidR="00536848" w:rsidRDefault="00812C3D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53684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36848" w:rsidRDefault="00812C3D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53684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· primăria de sector · consiliul județean</w:t>
            </w:r>
          </w:p>
        </w:tc>
      </w:tr>
      <w:tr w:rsidR="0053684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 xml:space="preserve">Cererea va fi transmisă către președintele consiliului județean, primarul general, primarul de sector sau primarul municipiului / </w:t>
            </w:r>
            <w:r>
              <w:t>orașului / comunei, după caz.</w:t>
            </w:r>
          </w:p>
        </w:tc>
      </w:tr>
    </w:tbl>
    <w:p w:rsidR="00536848" w:rsidRDefault="0053684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536848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36848" w:rsidRDefault="00812C3D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CNP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Act de identitate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La data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Domiciliul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Satul / sectorul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Țara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Date de contact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 xml:space="preserve">Telefon </w:t>
            </w:r>
            <w:r>
              <w:t>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E-mail</w:t>
            </w:r>
          </w:p>
        </w:tc>
      </w:tr>
    </w:tbl>
    <w:p w:rsidR="00536848" w:rsidRDefault="00536848">
      <w:pPr>
        <w:spacing w:after="80"/>
      </w:pPr>
    </w:p>
    <w:p w:rsidR="00536848" w:rsidRDefault="00812C3D">
      <w:pPr>
        <w:spacing w:before="120" w:after="80"/>
        <w:jc w:val="center"/>
      </w:pPr>
      <w:r>
        <w:t>în temeiul art. 257 alin. (17) din Legea nr. 169/2026 privind Codul</w:t>
      </w:r>
      <w:r>
        <w:br/>
      </w:r>
      <w:r>
        <w:t>amenajării teritoriului, urbanismului și construcțiilor,</w:t>
      </w:r>
      <w:r>
        <w:br/>
      </w:r>
      <w:r>
        <w:t>solicit prelungirea valabilității</w:t>
      </w:r>
      <w:r>
        <w:br/>
      </w:r>
      <w:r>
        <w:rPr>
          <w:b/>
          <w:sz w:val="20"/>
        </w:rPr>
        <w:t>CERTIFICATULUI DE URBANISM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53684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Din 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Emis de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 xml:space="preserve">Prelungirea solicitată - de la </w:t>
            </w: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până la data</w:t>
            </w:r>
          </w:p>
        </w:tc>
      </w:tr>
    </w:tbl>
    <w:p w:rsidR="00536848" w:rsidRDefault="0053684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536848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36848" w:rsidRDefault="00812C3D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536848">
        <w:trPr>
          <w:cantSplit/>
          <w:jc w:val="center"/>
        </w:trPr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Județ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Municipiu / oraș / comună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Sat / sector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Cod poștal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Strada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Nr.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Bl. / sc. / et. / ap.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4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Carte funciară nr.</w:t>
            </w:r>
          </w:p>
        </w:tc>
      </w:tr>
    </w:tbl>
    <w:p w:rsidR="00536848" w:rsidRDefault="0053684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53684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36848" w:rsidRDefault="00812C3D">
            <w:pPr>
              <w:spacing w:before="20" w:after="20"/>
            </w:pPr>
            <w:r>
              <w:rPr>
                <w:b/>
              </w:rPr>
              <w:t>5. SE ANEXEAZĂ</w:t>
            </w:r>
          </w:p>
        </w:tc>
      </w:tr>
      <w:tr w:rsidR="00536848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certificatul de urbanism (în original) </w:t>
            </w:r>
            <w:sdt>
              <w:sdtPr>
                <w:rPr>
                  <w:rFonts w:ascii="MS Gothic" w:eastAsia="MS Gothic" w:hAnsi="MS Gothic"/>
                </w:rPr>
                <w:id w:val="90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documentul privind achitarea taxei (copie)</w:t>
            </w:r>
          </w:p>
        </w:tc>
      </w:tr>
    </w:tbl>
    <w:p w:rsidR="00536848" w:rsidRDefault="00536848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536848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36848" w:rsidRDefault="00812C3D">
            <w:pPr>
              <w:spacing w:before="20" w:after="20"/>
            </w:pPr>
            <w:r>
              <w:rPr>
                <w:b/>
              </w:rPr>
              <w:t>6. DATA ȘI SEMNĂTURA</w:t>
            </w:r>
          </w:p>
        </w:tc>
      </w:tr>
      <w:tr w:rsidR="00536848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Solicitantul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48" w:rsidRDefault="00812C3D">
            <w:pPr>
              <w:spacing w:before="20" w:after="20"/>
            </w:pPr>
            <w:r>
              <w:t>Semnătura</w:t>
            </w:r>
          </w:p>
        </w:tc>
      </w:tr>
    </w:tbl>
    <w:p w:rsidR="00536848" w:rsidRDefault="00536848">
      <w:pPr>
        <w:spacing w:after="80"/>
      </w:pPr>
    </w:p>
    <w:sectPr w:rsidR="00536848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C3D" w:rsidRDefault="00812C3D">
      <w:r>
        <w:separator/>
      </w:r>
    </w:p>
  </w:endnote>
  <w:endnote w:type="continuationSeparator" w:id="0">
    <w:p w:rsidR="00812C3D" w:rsidRDefault="0081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848" w:rsidRDefault="00812C3D">
    <w:pPr>
      <w:pStyle w:val="Footer"/>
      <w:jc w:val="center"/>
    </w:pPr>
    <w:r>
      <w:rPr>
        <w:i/>
        <w:color w:val="666666"/>
        <w:sz w:val="14"/>
      </w:rPr>
      <w:t xml:space="preserve">F_CU_03 — Cerere de prelungire a </w:t>
    </w:r>
    <w:r>
      <w:rPr>
        <w:i/>
        <w:color w:val="666666"/>
        <w:sz w:val="14"/>
      </w:rPr>
      <w:t>valabilității certificatului de urbanism · Ordin 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C3D" w:rsidRDefault="00812C3D">
      <w:r>
        <w:separator/>
      </w:r>
    </w:p>
  </w:footnote>
  <w:footnote w:type="continuationSeparator" w:id="0">
    <w:p w:rsidR="00812C3D" w:rsidRDefault="00812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1915"/>
    <w:rsid w:val="00536848"/>
    <w:rsid w:val="00812C3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91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C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91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2614D5-4A62-44B7-82A0-DF130F925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2026-09-08T12:01:00Z</dcterms:created>
  <dcterms:modified xsi:type="dcterms:W3CDTF">2026-09-08T12:01:00Z</dcterms:modified>
</cp:coreProperties>
</file>