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61A" w:rsidRDefault="00EF7075">
      <w:pPr>
        <w:spacing w:after="40"/>
        <w:jc w:val="right"/>
      </w:pPr>
      <w:r>
        <w:rPr>
          <w:b/>
          <w:color w:val="444444"/>
          <w:sz w:val="16"/>
        </w:rPr>
        <w:t>F_A_02 • versiunea 1.0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6F361A">
        <w:trPr>
          <w:cantSplit/>
          <w:trHeight w:val="397"/>
          <w:jc w:val="center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6F361A">
            <w:pPr>
              <w:spacing w:before="20" w:after="20"/>
            </w:pPr>
            <w:bookmarkStart w:id="0" w:name="_GoBack"/>
            <w:bookmarkEnd w:id="0"/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Județul</w:t>
            </w:r>
          </w:p>
        </w:tc>
      </w:tr>
      <w:tr w:rsidR="006F361A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6F361A" w:rsidRDefault="006F361A"/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Autoritatea administrației publice</w:t>
            </w:r>
          </w:p>
        </w:tc>
      </w:tr>
      <w:tr w:rsidR="006F361A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6F361A" w:rsidRDefault="006F36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Cod de identificare fiscală (CIF)</w:t>
            </w: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 xml:space="preserve">Adresa oficială </w:t>
            </w:r>
            <w:r>
              <w:br/>
            </w:r>
            <w:r>
              <w:t>sediul• telefon• e-mail</w:t>
            </w:r>
          </w:p>
        </w:tc>
      </w:tr>
      <w:tr w:rsidR="006F361A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6F361A" w:rsidRDefault="006F361A"/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Număr de înregistrare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Data</w:t>
            </w:r>
          </w:p>
        </w:tc>
      </w:tr>
      <w:tr w:rsidR="006F361A">
        <w:trPr>
          <w:cantSplit/>
          <w:trHeight w:val="397"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 xml:space="preserve">se completează de autoritate - solicitantul nu scrie în această </w:t>
            </w:r>
            <w:r>
              <w:t>zonă</w:t>
            </w:r>
          </w:p>
        </w:tc>
      </w:tr>
    </w:tbl>
    <w:p w:rsidR="006F361A" w:rsidRDefault="006F361A">
      <w:pPr>
        <w:spacing w:after="80"/>
      </w:pPr>
    </w:p>
    <w:p w:rsidR="006F361A" w:rsidRDefault="00EF7075">
      <w:pPr>
        <w:spacing w:before="120" w:after="80"/>
        <w:jc w:val="center"/>
      </w:pPr>
      <w:r>
        <w:rPr>
          <w:b/>
          <w:sz w:val="24"/>
        </w:rPr>
        <w:t>CERERE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6F361A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F361A" w:rsidRDefault="00EF7075">
            <w:pPr>
              <w:spacing w:before="20" w:after="20"/>
            </w:pPr>
            <w:r>
              <w:rPr>
                <w:b/>
              </w:rPr>
              <w:t>1. CĂTRE</w:t>
            </w:r>
          </w:p>
        </w:tc>
      </w:tr>
      <w:tr w:rsidR="006F361A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Instituția</w:t>
            </w:r>
            <w:r>
              <w:br/>
            </w:r>
            <w:r>
              <w:t>primăria municipiului / orașului / comunei - primăria de sector - consiliul județean</w:t>
            </w:r>
          </w:p>
        </w:tc>
      </w:tr>
      <w:tr w:rsidR="006F361A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 xml:space="preserve">Cererea va fi transmisă către președintele consiliului județean, primarul general, primarul de sector sau primarul municipiului / </w:t>
            </w:r>
            <w:r>
              <w:t>orașului / comunei, după caz.</w:t>
            </w:r>
          </w:p>
        </w:tc>
      </w:tr>
    </w:tbl>
    <w:p w:rsidR="006F361A" w:rsidRDefault="006F361A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 w:rsidR="006F361A">
        <w:trPr>
          <w:cantSplit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F361A" w:rsidRDefault="00EF7075">
            <w:pPr>
              <w:spacing w:before="20" w:after="20"/>
            </w:pPr>
            <w:r>
              <w:rPr>
                <w:b/>
              </w:rPr>
              <w:t>2. SOLICITANTUL</w:t>
            </w:r>
          </w:p>
        </w:tc>
      </w:tr>
      <w:tr w:rsidR="006F361A">
        <w:trPr>
          <w:cantSplit/>
          <w:trHeight w:val="397"/>
          <w:jc w:val="center"/>
        </w:trPr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Nume și prenume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CNP</w:t>
            </w:r>
          </w:p>
        </w:tc>
      </w:tr>
      <w:tr w:rsidR="006F361A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Act de identitate</w:t>
            </w:r>
          </w:p>
        </w:tc>
      </w:tr>
      <w:tr w:rsidR="006F361A">
        <w:trPr>
          <w:cantSplit/>
          <w:trHeight w:val="397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Seria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Numărul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Eliberat 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La data</w:t>
            </w:r>
          </w:p>
        </w:tc>
      </w:tr>
      <w:tr w:rsidR="006F361A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Domiciliul</w:t>
            </w:r>
          </w:p>
        </w:tc>
      </w:tr>
      <w:tr w:rsidR="006F361A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Județul</w:t>
            </w: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Municipiul / orașul / comuna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Satul / sectorul</w:t>
            </w:r>
          </w:p>
        </w:tc>
      </w:tr>
      <w:tr w:rsidR="006F361A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Strada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Nr.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Sc.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Et.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Ap.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Cod poștal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Țara</w:t>
            </w:r>
          </w:p>
        </w:tc>
      </w:tr>
      <w:tr w:rsidR="006F361A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Date de contact</w:t>
            </w:r>
          </w:p>
        </w:tc>
      </w:tr>
      <w:tr w:rsidR="006F361A">
        <w:trPr>
          <w:cantSplit/>
          <w:trHeight w:val="397"/>
          <w:jc w:val="center"/>
        </w:trPr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 xml:space="preserve">Telefon </w:t>
            </w:r>
            <w:r>
              <w:t>/ fax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E-mail</w:t>
            </w:r>
          </w:p>
        </w:tc>
      </w:tr>
      <w:tr w:rsidR="006F361A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Reprezentare</w:t>
            </w:r>
          </w:p>
        </w:tc>
      </w:tr>
      <w:tr w:rsidR="006F361A">
        <w:trPr>
          <w:cantSplit/>
          <w:trHeight w:val="397"/>
          <w:jc w:val="center"/>
        </w:trPr>
        <w:tc>
          <w:tcPr>
            <w:tcW w:w="76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În calitate de reprezentant al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CUI / CIF</w:t>
            </w:r>
          </w:p>
        </w:tc>
      </w:tr>
    </w:tbl>
    <w:p w:rsidR="006F361A" w:rsidRDefault="006F361A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6F361A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F361A" w:rsidRDefault="00EF7075">
            <w:pPr>
              <w:spacing w:before="20" w:after="20"/>
            </w:pPr>
            <w:r>
              <w:rPr>
                <w:b/>
              </w:rPr>
              <w:t>3. AUTORIZAȚIA DE CONSTRUIRE</w:t>
            </w:r>
          </w:p>
        </w:tc>
      </w:tr>
      <w:tr w:rsidR="006F361A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Nr.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Din data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Emisă de</w:t>
            </w:r>
          </w:p>
        </w:tc>
      </w:tr>
    </w:tbl>
    <w:p w:rsidR="006F361A" w:rsidRDefault="006F361A">
      <w:pPr>
        <w:spacing w:after="80"/>
      </w:pPr>
    </w:p>
    <w:p w:rsidR="006F361A" w:rsidRDefault="00EF7075">
      <w:pPr>
        <w:spacing w:before="60" w:after="60" w:line="252" w:lineRule="auto"/>
        <w:jc w:val="both"/>
      </w:pPr>
      <w:r>
        <w:t>în temeiul art. 309 - art. 310 din Legea nr. 169/2026</w:t>
      </w:r>
      <w:r>
        <w:br/>
      </w:r>
      <w:r>
        <w:t>privind Codul amenajării teritoriului, urbanismului și construcțiilor,</w:t>
      </w:r>
      <w:r>
        <w:br/>
      </w:r>
      <w:r>
        <w:t>solicit:</w:t>
      </w:r>
      <w:r>
        <w:br/>
      </w:r>
      <w:sdt>
        <w:sdtPr>
          <w:rPr>
            <w:rFonts w:ascii="MS Gothic" w:eastAsia="MS Gothic" w:hAnsi="MS Gothic"/>
          </w:rPr>
          <w:id w:val="900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prelungirea DURATEI DE EXECUȚIE, pentru cel mult 12 luni/</w:t>
      </w:r>
      <w:r>
        <w:br/>
      </w:r>
      <w:sdt>
        <w:sdtPr>
          <w:rPr>
            <w:rFonts w:ascii="MS Gothic" w:eastAsia="MS Gothic" w:hAnsi="MS Gothic"/>
          </w:rPr>
          <w:id w:val="900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prelungirea VALABILITĂȚII autorizației, pentru cel mult 12 luni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6F361A">
        <w:trPr>
          <w:cantSplit/>
          <w:trHeight w:val="397"/>
          <w:jc w:val="center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De la data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Până la data</w:t>
            </w:r>
          </w:p>
        </w:tc>
      </w:tr>
      <w:tr w:rsidR="006F361A">
        <w:trPr>
          <w:cantSplit/>
          <w:trHeight w:val="397"/>
          <w:jc w:val="center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Stadiul lucrărilor (%)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Data începerii efective</w:t>
            </w:r>
          </w:p>
        </w:tc>
      </w:tr>
      <w:tr w:rsidR="006F361A">
        <w:trPr>
          <w:cantSplit/>
          <w:trHeight w:val="397"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Lucrările rămase de executat și motivarea</w:t>
            </w:r>
          </w:p>
        </w:tc>
      </w:tr>
      <w:tr w:rsidR="006F361A"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......................................................................................................</w:t>
            </w:r>
          </w:p>
        </w:tc>
      </w:tr>
    </w:tbl>
    <w:p w:rsidR="006F361A" w:rsidRDefault="006F361A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6F361A"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F361A" w:rsidRDefault="00EF7075">
            <w:pPr>
              <w:spacing w:before="20" w:after="20"/>
            </w:pPr>
            <w:r>
              <w:rPr>
                <w:b/>
              </w:rPr>
              <w:t>5. SE ANEXEAZĂ</w:t>
            </w:r>
          </w:p>
        </w:tc>
      </w:tr>
      <w:tr w:rsidR="006F361A">
        <w:trPr>
          <w:cantSplit/>
          <w:jc w:val="center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autorizația de construire (în original)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documentul privind achitarea taxei (copie)</w:t>
            </w:r>
          </w:p>
        </w:tc>
      </w:tr>
    </w:tbl>
    <w:p w:rsidR="006F361A" w:rsidRDefault="006F361A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6F361A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F361A" w:rsidRDefault="00EF7075">
            <w:pPr>
              <w:spacing w:before="20" w:after="20"/>
            </w:pPr>
            <w:r>
              <w:rPr>
                <w:b/>
              </w:rPr>
              <w:t>6. DATA ȘI SEMNĂTURA</w:t>
            </w:r>
          </w:p>
        </w:tc>
      </w:tr>
      <w:tr w:rsidR="006F361A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lastRenderedPageBreak/>
              <w:t>Data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 xml:space="preserve">Titularul </w:t>
            </w:r>
            <w:r>
              <w:t>autorizației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61A" w:rsidRDefault="00EF7075">
            <w:pPr>
              <w:spacing w:before="20" w:after="20"/>
            </w:pPr>
            <w:r>
              <w:t>Semnătura</w:t>
            </w:r>
          </w:p>
        </w:tc>
      </w:tr>
    </w:tbl>
    <w:p w:rsidR="006F361A" w:rsidRDefault="006F361A">
      <w:pPr>
        <w:spacing w:after="80"/>
      </w:pPr>
    </w:p>
    <w:sectPr w:rsidR="006F361A" w:rsidSect="00034616">
      <w:footerReference w:type="default" r:id="rId9"/>
      <w:pgSz w:w="11906" w:h="16838"/>
      <w:pgMar w:top="567" w:right="567" w:bottom="567" w:left="1134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075" w:rsidRDefault="00EF7075">
      <w:r>
        <w:separator/>
      </w:r>
    </w:p>
  </w:endnote>
  <w:endnote w:type="continuationSeparator" w:id="0">
    <w:p w:rsidR="00EF7075" w:rsidRDefault="00EF7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61A" w:rsidRDefault="00EF7075">
    <w:pPr>
      <w:pStyle w:val="Footer"/>
      <w:jc w:val="center"/>
    </w:pPr>
    <w:r>
      <w:rPr>
        <w:i/>
        <w:color w:val="666666"/>
        <w:sz w:val="14"/>
      </w:rPr>
      <w:t>F_A_02 — Cerere de prelungire a duratei de execuție sau a valabilității autorizației · Ordin MDLPA nr. 975/2026 (M. Of. nr. 711 bis/26.08.2026)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075" w:rsidRDefault="00EF7075">
      <w:r>
        <w:separator/>
      </w:r>
    </w:p>
  </w:footnote>
  <w:footnote w:type="continuationSeparator" w:id="0">
    <w:p w:rsidR="00EF7075" w:rsidRDefault="00EF7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F361A"/>
    <w:rsid w:val="00A776BC"/>
    <w:rsid w:val="00AA1D8D"/>
    <w:rsid w:val="00B47730"/>
    <w:rsid w:val="00CB0664"/>
    <w:rsid w:val="00EF70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776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6B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776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6B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858551-763F-4B15-9030-F5423894B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2</cp:revision>
  <dcterms:created xsi:type="dcterms:W3CDTF">2026-09-10T05:57:00Z</dcterms:created>
  <dcterms:modified xsi:type="dcterms:W3CDTF">2026-09-10T05:57:00Z</dcterms:modified>
</cp:coreProperties>
</file>